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……/PC-TTTP-……(1)</w:t>
            </w:r>
          </w:p>
          <w:p>
            <w:pPr>
              <w:spacing w:before="0" w:after="0" w:lineRule="auto" w:line="276"/>
              <w:jc w:val="center"/>
            </w:pPr>
            <w:r>
              <w:rPr>
                <w:rFonts w:ascii="Times New Roman" w:hAnsi="Times New Roman" w:eastAsia="Times New Roman"/>
                <w:b w:val="0"/>
                <w:i/>
                <w:sz w:val="24"/>
              </w:rPr>
              <w:t>V/v chuyển đơn kiến nghị, phản ánh</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PHIẾU CHUYỂN ĐƠN KIẾN NGHỊ, PHẢN ÁNH</w:t>
      </w:r>
    </w:p>
    <w:p>
      <w:pPr>
        <w:spacing w:before="0" w:after="4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i w:val="0"/>
          <w:sz w:val="26"/>
        </w:rPr>
        <w:t>Kính gửi: ………………………………………………………… (2)</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Ngày …… tháng …… năm ……(3), Thanh tra Thành phố nhận được đơn ghi ngày …… tháng …… năm ……(4) của ………………(5) (do ………………(6) chuyển đến).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Địa chỉ: ……………………………………………………………………(7)</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Đơn có nội dung: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Sau khi xem xét nội dung đơn, căn cứ khoản 2 Điều 20 Thông tư số 05/2021/TT-TTCP ngày 01 tháng 10 năm 2021 của Thanh tra Chính phủ quy định quy trình xử lý đơn khiếu nại, đơn tố cáo, đơn kiến nghị, phản ánh và quy định của pháp luật có liên quan, nội dung kiến nghị, phản ánh nêu trên không thuộc trách nhiệm quản lý của Thanh tra Thành phố; Thanh tra Thành phố chuyển đơn đến ………………(2) để ……………(9) xem xét, giải quyết theo quy định của pháp luật, thông báo kết quả giải quyết cho ………………(5) và Thanh tra Thành phố./.</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sz w:val="26"/>
        </w:rPr>
        <w:t>(Đính kèm đơn và các thông tin, tài liệu gửi kèm theo đơn (nếu có) mà Thanh tra Thành phố tiếp nhận ngày …… tháng …… năm ……(10))</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trên;</w:t>
            </w:r>
          </w:p>
          <w:p>
            <w:pPr>
              <w:spacing w:before="0" w:after="0" w:lineRule="auto" w:line="276"/>
              <w:jc w:val="left"/>
            </w:pPr>
            <w:r>
              <w:rPr>
                <w:rFonts w:ascii="Times New Roman" w:hAnsi="Times New Roman" w:eastAsia="Times New Roman"/>
                <w:b w:val="0"/>
                <w:i w:val="0"/>
                <w:sz w:val="22"/>
              </w:rPr>
              <w:t>- Cơ quan chuyển đơn (nếu có);</w:t>
            </w:r>
          </w:p>
          <w:p>
            <w:pPr>
              <w:spacing w:before="0" w:after="0" w:lineRule="auto" w:line="276"/>
              <w:jc w:val="left"/>
            </w:pPr>
            <w:r>
              <w:rPr>
                <w:rFonts w:ascii="Times New Roman" w:hAnsi="Times New Roman" w:eastAsia="Times New Roman"/>
                <w:b w:val="0"/>
                <w:i w:val="0"/>
                <w:sz w:val="22"/>
              </w:rPr>
              <w:t>- ……(5);</w:t>
            </w:r>
          </w:p>
          <w:p>
            <w:pPr>
              <w:spacing w:before="0" w:after="0" w:lineRule="auto" w:line="276"/>
              <w:jc w:val="left"/>
            </w:pPr>
            <w:r>
              <w:rPr>
                <w:rFonts w:ascii="Times New Roman" w:hAnsi="Times New Roman" w:eastAsia="Times New Roman"/>
                <w:b w:val="0"/>
                <w:i w:val="0"/>
                <w:sz w:val="22"/>
              </w:rPr>
              <w:t>- Lưu: VT, ……(11).</w:t>
            </w:r>
          </w:p>
        </w:tc>
        <w:tc>
          <w:tcPr>
            <w:tcW w:type="dxa" w:w="4819"/>
          </w:tcPr>
          <w:p>
            <w:pPr>
              <w:spacing w:before="0" w:after="0" w:lineRule="auto" w:line="276"/>
              <w:jc w:val="center"/>
            </w:pPr>
            <w:r>
              <w:rPr>
                <w:rFonts w:ascii="Times New Roman" w:hAnsi="Times New Roman" w:eastAsia="Times New Roman"/>
                <w:b/>
                <w:i w:val="0"/>
                <w:sz w:val="26"/>
              </w:rPr>
              <w:t>………………………(12)</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tham mưu ban hành phiếu chuyển. Ví dụ: Phiếu chuyển do Phòng 1 tham mưu ghi là "PC-TTTP-P1".</w:t>
      </w:r>
    </w:p>
    <w:p>
      <w:pPr>
        <w:spacing w:before="0" w:after="0" w:lineRule="auto" w:line="312"/>
        <w:jc w:val="both"/>
      </w:pPr>
      <w:r>
        <w:rPr>
          <w:rFonts w:ascii="Times New Roman" w:hAnsi="Times New Roman" w:eastAsia="Times New Roman"/>
          <w:b w:val="0"/>
          <w:i w:val="0"/>
          <w:sz w:val="22"/>
        </w:rPr>
        <w:t>(2) Chức danh người đứng đầu hoặc tên cơ quan, tổ chức, đơn vị có trách nhiệm giải quyết kiến nghị, phản ánh. Ví dụ: "Chủ tịch Ủy ban nhân dân Phường Xuân Hòa".</w:t>
      </w:r>
    </w:p>
    <w:p>
      <w:pPr>
        <w:spacing w:before="0" w:after="0" w:lineRule="auto" w:line="312"/>
        <w:jc w:val="both"/>
      </w:pPr>
      <w:r>
        <w:rPr>
          <w:rFonts w:ascii="Times New Roman" w:hAnsi="Times New Roman" w:eastAsia="Times New Roman"/>
          <w:b w:val="0"/>
          <w:i w:val="0"/>
          <w:sz w:val="22"/>
        </w:rPr>
        <w:t>(3) Ngày Thanh tra Thành phố tiếp nhận đơn, là ngày Văn phòng ghi trong dấu "Văn bản đến".</w:t>
      </w:r>
    </w:p>
    <w:p>
      <w:pPr>
        <w:spacing w:before="0" w:after="0" w:lineRule="auto" w:line="312"/>
        <w:jc w:val="both"/>
      </w:pPr>
      <w:r>
        <w:rPr>
          <w:rFonts w:ascii="Times New Roman" w:hAnsi="Times New Roman" w:eastAsia="Times New Roman"/>
          <w:b w:val="0"/>
          <w:i w:val="0"/>
          <w:sz w:val="22"/>
        </w:rPr>
        <w:t>(4) Ngày người viết đơn ký tên hoặc điểm chỉ trên đơn (dùng để phân biệt trường hợp một người gửi nhiều đơn).</w:t>
      </w:r>
    </w:p>
    <w:p>
      <w:pPr>
        <w:spacing w:before="0" w:after="0" w:lineRule="auto" w:line="312"/>
        <w:jc w:val="both"/>
      </w:pPr>
      <w:r>
        <w:rPr>
          <w:rFonts w:ascii="Times New Roman" w:hAnsi="Times New Roman" w:eastAsia="Times New Roman"/>
          <w:b w:val="0"/>
          <w:i w:val="0"/>
          <w:sz w:val="22"/>
        </w:rPr>
        <w:t>(5) Họ và tên người kiến nghị, phản ánh hoặc tên cơ quan, tổ chức có kiến nghị, phản ánh. Ví dụ: "ông Nguyễn Văn A".</w:t>
      </w:r>
    </w:p>
    <w:p>
      <w:pPr>
        <w:spacing w:before="0" w:after="0" w:lineRule="auto" w:line="312"/>
        <w:jc w:val="both"/>
      </w:pPr>
      <w:r>
        <w:rPr>
          <w:rFonts w:ascii="Times New Roman" w:hAnsi="Times New Roman" w:eastAsia="Times New Roman"/>
          <w:b w:val="0"/>
          <w:i w:val="0"/>
          <w:sz w:val="22"/>
        </w:rPr>
        <w:t>(6) Nguồn tiếp nhận đơn: "dịch vụ bưu chính chuyển đến", "Ban Tiếp công dân Thành phố chuyển đến theo Văn bản số …", "Đoàn đại biểu Quốc hội Thành phố chuyển đến", "tiếp nhận trực tiếp tại Thanh tra Thành phố".</w:t>
      </w:r>
    </w:p>
    <w:p>
      <w:pPr>
        <w:spacing w:before="0" w:after="0" w:lineRule="auto" w:line="312"/>
        <w:jc w:val="both"/>
      </w:pPr>
      <w:r>
        <w:rPr>
          <w:rFonts w:ascii="Times New Roman" w:hAnsi="Times New Roman" w:eastAsia="Times New Roman"/>
          <w:b w:val="0"/>
          <w:i w:val="0"/>
          <w:sz w:val="22"/>
        </w:rPr>
        <w:t>(7) Địa chỉ của người kiến nghị, phản ánh ghi trên đơn.</w:t>
      </w:r>
    </w:p>
    <w:p>
      <w:pPr>
        <w:spacing w:before="0" w:after="0" w:lineRule="auto" w:line="312"/>
        <w:jc w:val="both"/>
      </w:pPr>
      <w:r>
        <w:rPr>
          <w:rFonts w:ascii="Times New Roman" w:hAnsi="Times New Roman" w:eastAsia="Times New Roman"/>
          <w:b w:val="0"/>
          <w:i w:val="0"/>
          <w:sz w:val="22"/>
        </w:rPr>
        <w:t>(8) Tóm tắt nội dung kiến nghị, phản ánh. Ví dụ: "phản ánh tình trạng lấn chiếm lòng, lề đường tại tuyến đường …".</w:t>
      </w:r>
    </w:p>
    <w:p>
      <w:pPr>
        <w:spacing w:before="0" w:after="0" w:lineRule="auto" w:line="312"/>
        <w:jc w:val="both"/>
      </w:pPr>
      <w:r>
        <w:rPr>
          <w:rFonts w:ascii="Times New Roman" w:hAnsi="Times New Roman" w:eastAsia="Times New Roman"/>
          <w:b w:val="0"/>
          <w:i w:val="0"/>
          <w:sz w:val="22"/>
        </w:rPr>
        <w:t>(9) Cụm từ chỉ hình thức xử lý phù hợp với người nhận: chuyển đến người đứng đầu cơ quan thì ghi "chỉ đạo"; chuyển đến cơ quan thì bỏ cụm từ này.</w:t>
      </w:r>
    </w:p>
    <w:p>
      <w:pPr>
        <w:spacing w:before="0" w:after="0" w:lineRule="auto" w:line="312"/>
        <w:jc w:val="both"/>
      </w:pPr>
      <w:r>
        <w:rPr>
          <w:rFonts w:ascii="Times New Roman" w:hAnsi="Times New Roman" w:eastAsia="Times New Roman"/>
          <w:b w:val="0"/>
          <w:i w:val="0"/>
          <w:sz w:val="22"/>
        </w:rPr>
        <w:t>(10) Ngày Thanh tra Thành phố tiếp nhận đơn ghi trong dấu "Văn bản đến"; ghi rõ chuyển bản chính hay bản sao đơn.</w:t>
      </w:r>
    </w:p>
    <w:p>
      <w:pPr>
        <w:spacing w:before="0" w:after="0" w:lineRule="auto" w:line="312"/>
        <w:jc w:val="both"/>
      </w:pPr>
      <w:r>
        <w:rPr>
          <w:rFonts w:ascii="Times New Roman" w:hAnsi="Times New Roman" w:eastAsia="Times New Roman"/>
          <w:b w:val="0"/>
          <w:i w:val="0"/>
          <w:sz w:val="22"/>
        </w:rPr>
        <w:t>(11) Chữ viết tắt tên phòng, đơn vị soạn thảo, tên viết tắt của người soạn thảo và số lượng bản phát hành. Ví dụ: "P1/NVA.5b".</w:t>
      </w:r>
    </w:p>
    <w:p>
      <w:pPr>
        <w:spacing w:before="0" w:after="0" w:lineRule="auto" w:line="312"/>
        <w:jc w:val="both"/>
      </w:pPr>
      <w:r>
        <w:rPr>
          <w:rFonts w:ascii="Times New Roman" w:hAnsi="Times New Roman" w:eastAsia="Times New Roman"/>
          <w:b w:val="0"/>
          <w:i w:val="0"/>
          <w:sz w:val="22"/>
        </w:rPr>
        <w:t>(12) Chức danh người có thẩm quyền ký phiếu chuyển đơn. Ví dụ: "CHÁNH THANH TRA" hoặc "TL. CHÁNH THANH TRA – CHÁNH VĂN PHÒNG".</w:t>
      </w:r>
    </w:p>
    <w:p>
      <w:pPr>
        <w:spacing w:before="0" w:after="0" w:lineRule="auto" w:line="312"/>
        <w:jc w:val="both"/>
      </w:pPr>
      <w:r>
        <w:rPr>
          <w:rFonts w:ascii="Times New Roman" w:hAnsi="Times New Roman" w:eastAsia="Times New Roman"/>
          <w:b w:val="0"/>
          <w:i w:val="0"/>
          <w:sz w:val="22"/>
        </w:rPr>
        <w:t>* Cơ quan, tổ chức, đơn vị khác sử dụng biểu mẫu này thay phần tác giả văn bản ở góc trên bên trái (ỦY BAN NHÂN DÂN THÀNH PHỐ HỒ CHÍ MINH – THANH TRA THÀNH PHỐ) và ký hiệu số văn bản bằng tên, ký hiệu của cơ quan, tổ chức, đơn vị mình.</w:t>
      </w:r>
    </w:p>
    <w:p>
      <w:pPr>
        <w:spacing w:before="0" w:after="0" w:lineRule="auto" w:line="312"/>
        <w:jc w:val="both"/>
      </w:pPr>
      <w:r>
        <w:rPr>
          <w:rFonts w:ascii="Times New Roman" w:hAnsi="Times New Roman" w:eastAsia="Times New Roman"/>
          <w:b w:val="0"/>
          <w:i w:val="0"/>
          <w:sz w:val="22"/>
        </w:rPr>
        <w:t>* Căn cứ: khoản 2 Điều 20 Thông tư số 05/2021/TT-TTCP ngày 01/10/2021 của Thanh tra Chính phủ (Mẫu số 04); khoản 2 Điều 29 Thông tư số 05/2021/TT-TTCP về trách nhiệm trả lời cơ quan đã chuyển đơn.</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