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3628"/>
        <w:gridCol w:w="5726"/>
      </w:tblGrid>
      <w:tr>
        <w:tc>
          <w:tcPr>
            <w:tcW w:type="dxa" w:w="3628"/>
          </w:tcPr>
          <w:p>
            <w:pPr>
              <w:spacing w:before="0" w:after="0" w:lineRule="auto" w:line="276"/>
              <w:jc w:val="center"/>
            </w:pPr>
            <w:r>
              <w:rPr>
                <w:rFonts w:ascii="Times New Roman" w:hAnsi="Times New Roman" w:eastAsia="Times New Roman"/>
                <w:b w:val="0"/>
                <w:i w:val="0"/>
                <w:sz w:val="24"/>
              </w:rPr>
              <w:t>ỦY BAN NHÂN DÂN</w:t>
            </w:r>
          </w:p>
          <w:p>
            <w:pPr>
              <w:spacing w:before="0" w:after="0" w:lineRule="auto" w:line="276"/>
              <w:jc w:val="center"/>
            </w:pPr>
            <w:r>
              <w:rPr>
                <w:rFonts w:ascii="Times New Roman" w:hAnsi="Times New Roman" w:eastAsia="Times New Roman"/>
                <w:b w:val="0"/>
                <w:i w:val="0"/>
                <w:sz w:val="24"/>
              </w:rPr>
              <w:t>THÀNH PHỐ HỒ CHÍ MINH</w:t>
            </w:r>
          </w:p>
          <w:p>
            <w:pPr>
              <w:spacing w:before="0" w:after="0" w:lineRule="auto" w:line="276"/>
              <w:jc w:val="center"/>
            </w:pPr>
            <w:r>
              <w:rPr>
                <w:rFonts w:ascii="Times New Roman" w:hAnsi="Times New Roman" w:eastAsia="Times New Roman"/>
                <w:b/>
                <w:i w:val="0"/>
                <w:sz w:val="24"/>
              </w:rPr>
              <w:t>THANH TRA THÀNH PHỐ</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……/BB-TTTP-……(1)</w:t>
            </w:r>
          </w:p>
        </w:tc>
        <w:tc>
          <w:tcPr>
            <w:tcW w:type="dxa" w:w="5726"/>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4"/>
              </w:rPr>
              <w:t>Độc lập - Tự do - Hạnh phúc</w:t>
            </w:r>
          </w:p>
          <w:p>
            <w:pPr>
              <w:spacing w:before="0" w:after="0" w:lineRule="auto" w:line="276"/>
              <w:jc w:val="center"/>
            </w:pPr>
            <w:r>
              <w:rPr>
                <w:rFonts w:ascii="Times New Roman" w:hAnsi="Times New Roman" w:eastAsia="Times New Roman"/>
                <w:b w:val="0"/>
                <w:i w:val="0"/>
                <w:sz w:val="24"/>
              </w:rPr>
              <w:t>---------------</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BIÊN BẢN TIẾP CÔNG DÂN TRỰC TUYẾN</w:t>
      </w:r>
    </w:p>
    <w:p>
      <w:pPr>
        <w:spacing w:before="0" w:after="0" w:lineRule="auto" w:line="312"/>
        <w:jc w:val="center"/>
      </w:pPr>
      <w:r>
        <w:rPr>
          <w:rFonts w:ascii="Times New Roman" w:hAnsi="Times New Roman" w:eastAsia="Times New Roman"/>
          <w:b/>
          <w:i w:val="0"/>
          <w:sz w:val="26"/>
        </w:rPr>
        <w:t>–––––––––</w:t>
      </w:r>
    </w:p>
    <w:p>
      <w:pPr>
        <w:spacing w:before="0" w:after="4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I. THỜI GIAN, HÌNH THỨC</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Vào lúc …… giờ …… phút, ngày …… tháng …… năm ………, Thanh tra Thành phố Hồ Chí Minh tổ chức tiếp công dân theo hình thức trực tuyến trên ………………(2), theo Thông báo số ……/TB-TTTP-…… ngày …… tháng …… năm ……… về việc tổ chức tiếp công dân trực tuyến.</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II. ĐIỂM CẦU</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1. Điểm cầu trung tâm (chủ trì)</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………………………………………………………………………………(3)</w:t>
      </w:r>
    </w:p>
    <w:p>
      <w:pPr>
        <w:spacing w:before="0" w:after="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t>- Ông (bà): …………………………, chức vụ: …………………………… - chủ trì;(4)</w:t>
      </w:r>
    </w:p>
    <w:p>
      <w:pPr>
        <w:spacing w:before="0" w:after="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t>- Ông (bà): ………………………………, chức vụ: ………………………………;</w:t>
      </w:r>
    </w:p>
    <w:p>
      <w:pPr>
        <w:spacing w:before="0" w:after="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t>- Ông (bà): ………………………, chức vụ: ………………………… - ghi biên bản;</w:t>
      </w:r>
    </w:p>
    <w:p>
      <w:pPr>
        <w:spacing w:before="0" w:after="0" w:lineRule="auto" w:line="312"/>
        <w:jc w:val="left"/>
      </w:pPr>
      <w:r>
        <w:rPr>
          <w:rFonts w:ascii="Times New Roman" w:hAnsi="Times New Roman" w:eastAsia="Times New Roman"/>
          <w:b w:val="0"/>
          <w:i w:val="0"/>
          <w:sz w:val="26"/>
        </w:rPr>
      </w:r>
    </w:p>
    <w:p>
      <w:pPr>
        <w:spacing w:before="0" w:after="0" w:lineRule="auto" w:line="312"/>
        <w:jc w:val="both"/>
      </w:pPr>
      <w:r>
        <w:rPr>
          <w:rFonts w:ascii="Times New Roman" w:hAnsi="Times New Roman" w:eastAsia="Times New Roman"/>
          <w:b w:val="0"/>
          <w:i w:val="0"/>
          <w:sz w:val="26"/>
        </w:rPr>
        <w:t>- Bộ phận kỹ thuật: ông (bà) ………………………, chức vụ: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2. Điểm cầu thành phần</w:t>
      </w:r>
    </w:p>
    <w:p>
      <w:pPr>
        <w:spacing w:before="0" w:after="0" w:lineRule="auto" w:line="312"/>
        <w:jc w:val="left"/>
      </w:pPr>
      <w:r>
        <w:rPr>
          <w:rFonts w:ascii="Times New Roman" w:hAnsi="Times New Roman" w:eastAsia="Times New Roman"/>
          <w:b w:val="0"/>
          <w:i w:val="0"/>
          <w:sz w:val="26"/>
        </w:rPr>
      </w:r>
    </w:p>
    <w:p>
      <w:pPr>
        <w:spacing w:before="0" w:after="0" w:lineRule="auto" w:line="312"/>
        <w:jc w:val="both"/>
      </w:pPr>
      <w:r>
        <w:rPr>
          <w:rFonts w:ascii="Times New Roman" w:hAnsi="Times New Roman" w:eastAsia="Times New Roman"/>
          <w:b w:val="0"/>
          <w:i w:val="0"/>
          <w:sz w:val="26"/>
        </w:rPr>
        <w:t>- Điểm cầu ………………(5): ông (bà) …………………, chức vụ: …………………;</w:t>
      </w:r>
    </w:p>
    <w:p>
      <w:pPr>
        <w:spacing w:before="0" w:after="0" w:lineRule="auto" w:line="312"/>
        <w:jc w:val="left"/>
      </w:pPr>
      <w:r>
        <w:rPr>
          <w:rFonts w:ascii="Times New Roman" w:hAnsi="Times New Roman" w:eastAsia="Times New Roman"/>
          <w:b w:val="0"/>
          <w:i w:val="0"/>
          <w:sz w:val="26"/>
        </w:rPr>
      </w:r>
    </w:p>
    <w:p>
      <w:pPr>
        <w:spacing w:before="0" w:after="0" w:lineRule="auto" w:line="312"/>
        <w:jc w:val="both"/>
      </w:pPr>
      <w:r>
        <w:rPr>
          <w:rFonts w:ascii="Times New Roman" w:hAnsi="Times New Roman" w:eastAsia="Times New Roman"/>
          <w:b w:val="0"/>
          <w:i w:val="0"/>
          <w:sz w:val="26"/>
        </w:rPr>
        <w:t>- Điểm cầu …………………: ông (bà) …………………, chức vụ: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3. Công dân tham gia</w:t>
      </w:r>
    </w:p>
    <w:p>
      <w:pPr>
        <w:spacing w:before="0" w:after="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t>- Ông (bà): ………………………………………………, sinh năm: ………;(6)</w:t>
      </w:r>
    </w:p>
    <w:p>
      <w:pPr>
        <w:spacing w:before="0" w:after="0" w:lineRule="auto" w:line="312"/>
        <w:jc w:val="left"/>
      </w:pPr>
      <w:r>
        <w:rPr>
          <w:rFonts w:ascii="Times New Roman" w:hAnsi="Times New Roman" w:eastAsia="Times New Roman"/>
          <w:b w:val="0"/>
          <w:i w:val="0"/>
          <w:sz w:val="26"/>
        </w:rPr>
      </w:r>
    </w:p>
    <w:p>
      <w:pPr>
        <w:spacing w:before="0" w:after="0" w:lineRule="auto" w:line="312"/>
        <w:jc w:val="both"/>
      </w:pPr>
      <w:r>
        <w:rPr>
          <w:rFonts w:ascii="Times New Roman" w:hAnsi="Times New Roman" w:eastAsia="Times New Roman"/>
          <w:b w:val="0"/>
          <w:i w:val="0"/>
          <w:sz w:val="26"/>
        </w:rPr>
        <w:t>- Số căn cước hoặc giấy chứng nhận căn cước hoặc số định danh cá nhân hoặc số hộ chiếu: ………………(7), ngày cấp: ……/……/………, nơi cấp: ………………;</w:t>
      </w:r>
    </w:p>
    <w:p>
      <w:pPr>
        <w:spacing w:before="0" w:after="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t>- Địa chỉ: ………………………………………; số điện thoại: ………………………;</w:t>
      </w:r>
    </w:p>
    <w:p>
      <w:pPr>
        <w:spacing w:before="0" w:after="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t>- Tư cách tham gia: ………………………………………………………(8);</w:t>
      </w:r>
    </w:p>
    <w:p>
      <w:pPr>
        <w:spacing w:before="0" w:after="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t>- Tham gia tại điểm cầu: ………………………………………………(9).</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III. VIỆC XÁC ĐỊNH NHÂN THÂN VÀ ĐIỀU KIỆN KỸ THUẬT</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1. Phương thức xác định nhân thân: ………………………………………(10)</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2. Kết quả kiểm tra kết nối trước buổi tiếp: các điểm cầu đã kết nối thành công, nhìn thấy hình ảnh và nghe rõ âm thanh của nhau; chức năng bật, tắt âm thanh ở chế độ sẵn sàng hoạt động; chức năng ghi âm, ghi hình được kích hoạt từ ………… giờ ………… phút.(11)</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3. Người chủ trì phổ biến yêu cầu khi tham gia buổi tiếp công dân trực tuyến và quyền, nghĩa vụ của người đến khiếu nại, tố cáo, kiến nghị, phản ánh; các thành phần tham dự thống nhất thực hiện.</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IV. NỘI DUNG LÀM VIỆC</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1. Nội dung công dân trình bày và yêu cầu, đề nghị:</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………………………………………………………………………………(12)</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2. Ý kiến của đại diện cơ quan, tổ chức, đơn vị tại các điểm cầu thành phần:</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………………………………………………………………………………(13)</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3. Thông tin, tài liệu do công dân cung cấp:</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………………………………………………………………………………(14)</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4. Ý kiến kết luận của người chủ trì tiếp công dân:</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………………………………………………………………………………(15)</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V. LƯU TRỮ DỮ LIỆU VÀ KẾT THÚC BUỔI TIẾP</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1. Toàn bộ diễn biến buổi tiếp công dân trực tuyến được ghi âm, ghi hình có âm thanh dưới dạng dữ liệu điện tử; dữ liệu được lưu trữ trên ………………(16) theo quy định về lưu trữ điện tử, được bảo mật và khai thác theo quy định của pháp luật về an ninh mạng, bảo vệ dữ liệu cá nhân và lưu trữ. Thời hạn lưu trữ thực hiện theo quy định của pháp luật về lưu trữ.</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2. Biên bản này được ký số hoặc xác thực theo quy định của pháp luật về giao dịch điện tử và chữ ký số; bản điện tử của biên bản và dữ liệu ghi âm, ghi hình có giá trị pháp lý như hồ sơ giấy.</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Buổi tiếp công dân trực tuyến kết thúc lúc …… giờ …… phút cùng ngày.</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Biên bản đã được đọc lại cho các điểm cầu cùng nghe; những người tham dự thống nhất với nội dung ghi trong biên bản và ký tên dưới đây.</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Biên bản được lập thành ………(17) bản có giá trị như nhau, gửi cho công dân 01 bản, các điểm cầu thành phần mỗi nơi 01 bản, lưu hồ sơ tiếp công dân 01 bản./.</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val="0"/>
                <w:sz w:val="22"/>
              </w:rPr>
              <w:t>CÔNG DÂN</w:t>
            </w:r>
          </w:p>
          <w:p>
            <w:pPr>
              <w:spacing w:before="0" w:after="0" w:lineRule="auto" w:line="276"/>
              <w:jc w:val="left"/>
            </w:pPr>
            <w:r>
              <w:rPr>
                <w:rFonts w:ascii="Times New Roman" w:hAnsi="Times New Roman" w:eastAsia="Times New Roman"/>
                <w:b w:val="0"/>
                <w:i w:val="0"/>
                <w:sz w:val="22"/>
              </w:rPr>
              <w:t>(Ký, ghi rõ họ tên hoặc ký số)(18)</w:t>
            </w:r>
          </w:p>
          <w:p>
            <w:pPr>
              <w:spacing w:before="0" w:after="0" w:lineRule="auto" w:line="276"/>
              <w:jc w:val="left"/>
            </w:pPr>
            <w:r>
              <w:rPr>
                <w:rFonts w:ascii="Times New Roman" w:hAnsi="Times New Roman" w:eastAsia="Times New Roman"/>
                <w:b w:val="0"/>
                <w:i w:val="0"/>
                <w:sz w:val="22"/>
              </w:rPr>
            </w:r>
          </w:p>
          <w:p>
            <w:pPr>
              <w:spacing w:before="0" w:after="0" w:lineRule="auto" w:line="276"/>
              <w:jc w:val="left"/>
            </w:pPr>
            <w:r>
              <w:rPr>
                <w:rFonts w:ascii="Times New Roman" w:hAnsi="Times New Roman" w:eastAsia="Times New Roman"/>
                <w:b w:val="0"/>
                <w:i w:val="0"/>
                <w:sz w:val="22"/>
              </w:rPr>
            </w:r>
          </w:p>
          <w:p>
            <w:pPr>
              <w:spacing w:before="0" w:after="0" w:lineRule="auto" w:line="276"/>
              <w:jc w:val="left"/>
            </w:pPr>
            <w:r>
              <w:rPr>
                <w:rFonts w:ascii="Times New Roman" w:hAnsi="Times New Roman" w:eastAsia="Times New Roman"/>
                <w:b w:val="0"/>
                <w:i w:val="0"/>
                <w:sz w:val="22"/>
              </w:rPr>
            </w:r>
          </w:p>
          <w:p>
            <w:pPr>
              <w:spacing w:before="0" w:after="0" w:lineRule="auto" w:line="276"/>
              <w:jc w:val="left"/>
            </w:pPr>
            <w:r>
              <w:rPr>
                <w:rFonts w:ascii="Times New Roman" w:hAnsi="Times New Roman" w:eastAsia="Times New Roman"/>
                <w:b w:val="0"/>
                <w:i w:val="0"/>
                <w:sz w:val="22"/>
              </w:rPr>
              <w:t>NGƯỜI GHI BIÊN BẢN</w:t>
            </w:r>
          </w:p>
          <w:p>
            <w:pPr>
              <w:spacing w:before="0" w:after="0" w:lineRule="auto" w:line="276"/>
              <w:jc w:val="left"/>
            </w:pPr>
            <w:r>
              <w:rPr>
                <w:rFonts w:ascii="Times New Roman" w:hAnsi="Times New Roman" w:eastAsia="Times New Roman"/>
                <w:b w:val="0"/>
                <w:i w:val="0"/>
                <w:sz w:val="22"/>
              </w:rPr>
              <w:t>(Ký, ghi rõ họ tên)</w:t>
            </w:r>
          </w:p>
        </w:tc>
        <w:tc>
          <w:tcPr>
            <w:tcW w:type="dxa" w:w="4819"/>
          </w:tcPr>
          <w:p>
            <w:pPr>
              <w:spacing w:before="0" w:after="0" w:lineRule="auto" w:line="276"/>
              <w:jc w:val="center"/>
            </w:pPr>
            <w:r>
              <w:rPr>
                <w:rFonts w:ascii="Times New Roman" w:hAnsi="Times New Roman" w:eastAsia="Times New Roman"/>
                <w:b/>
                <w:i w:val="0"/>
                <w:sz w:val="26"/>
              </w:rPr>
              <w:t>NGƯỜI CHỦ TRÌ TIẾP CÔNG DÂN</w:t>
            </w:r>
          </w:p>
          <w:p>
            <w:pPr>
              <w:spacing w:before="0" w:after="0" w:lineRule="auto" w:line="276"/>
              <w:jc w:val="center"/>
            </w:pPr>
            <w:r>
              <w:rPr>
                <w:rFonts w:ascii="Times New Roman" w:hAnsi="Times New Roman" w:eastAsia="Times New Roman"/>
                <w:b w:val="0"/>
                <w:i/>
                <w:sz w:val="26"/>
              </w:rPr>
              <w:t>(Ký, ghi rõ họ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Chữ viết tắt tên phòng, đơn vị chủ trì tham mưu tổ chức buổi tiếp công dân trực tuyến (ví dụ: Số: 58/BB-TTTP-P1).</w:t>
      </w:r>
    </w:p>
    <w:p>
      <w:pPr>
        <w:spacing w:before="0" w:after="0" w:lineRule="auto" w:line="312"/>
        <w:jc w:val="both"/>
      </w:pPr>
      <w:r>
        <w:rPr>
          <w:rFonts w:ascii="Times New Roman" w:hAnsi="Times New Roman" w:eastAsia="Times New Roman"/>
          <w:b w:val="0"/>
          <w:i w:val="0"/>
          <w:sz w:val="22"/>
        </w:rPr>
        <w:t>(2) Tên hệ thống truyền hình trực tuyến hoặc nền tảng số tập trung do Thanh tra Chính phủ hoặc cơ quan có thẩm quyền quản lý, vận hành được sử dụng cho buổi tiếp.</w:t>
      </w:r>
    </w:p>
    <w:p>
      <w:pPr>
        <w:spacing w:before="0" w:after="0" w:lineRule="auto" w:line="312"/>
        <w:jc w:val="both"/>
      </w:pPr>
      <w:r>
        <w:rPr>
          <w:rFonts w:ascii="Times New Roman" w:hAnsi="Times New Roman" w:eastAsia="Times New Roman"/>
          <w:b w:val="0"/>
          <w:i w:val="0"/>
          <w:sz w:val="22"/>
        </w:rPr>
        <w:t>(3) Tên, địa chỉ điểm cầu trung tâm là nơi tổ chức và chủ trì buổi tiếp công dân trực tuyến (ví dụ: Phòng họp trực tuyến, Thanh tra Thành phố Hồ Chí Minh, số 13 đường Trần Quốc Thảo, phường Xuân Hòa, Thành phố Hồ Chí Minh).</w:t>
      </w:r>
    </w:p>
    <w:p>
      <w:pPr>
        <w:spacing w:before="0" w:after="0" w:lineRule="auto" w:line="312"/>
        <w:jc w:val="both"/>
      </w:pPr>
      <w:r>
        <w:rPr>
          <w:rFonts w:ascii="Times New Roman" w:hAnsi="Times New Roman" w:eastAsia="Times New Roman"/>
          <w:b w:val="0"/>
          <w:i w:val="0"/>
          <w:sz w:val="22"/>
        </w:rPr>
        <w:t>(4) Họ tên, chức vụ người chủ trì, người cùng tiếp công dân, người ghi biên bản và cán bộ kỹ thuật tại điểm cầu trung tâm.</w:t>
      </w:r>
    </w:p>
    <w:p>
      <w:pPr>
        <w:spacing w:before="0" w:after="0" w:lineRule="auto" w:line="312"/>
        <w:jc w:val="both"/>
      </w:pPr>
      <w:r>
        <w:rPr>
          <w:rFonts w:ascii="Times New Roman" w:hAnsi="Times New Roman" w:eastAsia="Times New Roman"/>
          <w:b w:val="0"/>
          <w:i w:val="0"/>
          <w:sz w:val="22"/>
        </w:rPr>
        <w:t>(5) Tên, địa chỉ từng điểm cầu thành phần và họ tên, chức vụ người dự tại điểm cầu đó (ví dụ: Điểm cầu Ủy ban nhân dân phường …).</w:t>
      </w:r>
    </w:p>
    <w:p>
      <w:pPr>
        <w:spacing w:before="0" w:after="0" w:lineRule="auto" w:line="312"/>
        <w:jc w:val="both"/>
      </w:pPr>
      <w:r>
        <w:rPr>
          <w:rFonts w:ascii="Times New Roman" w:hAnsi="Times New Roman" w:eastAsia="Times New Roman"/>
          <w:b w:val="0"/>
          <w:i w:val="0"/>
          <w:sz w:val="22"/>
        </w:rPr>
        <w:t>(6) Họ và tên, năm sinh của công dân; trường hợp nhiều người cùng khiếu nại, tố cáo, kiến nghị, phản ánh về một nội dung thì ghi thông tin của người đại diện đã được cử và số người có cùng nội dung.</w:t>
      </w:r>
    </w:p>
    <w:p>
      <w:pPr>
        <w:spacing w:before="0" w:after="0" w:lineRule="auto" w:line="312"/>
        <w:jc w:val="both"/>
      </w:pPr>
      <w:r>
        <w:rPr>
          <w:rFonts w:ascii="Times New Roman" w:hAnsi="Times New Roman" w:eastAsia="Times New Roman"/>
          <w:b w:val="0"/>
          <w:i w:val="0"/>
          <w:sz w:val="22"/>
        </w:rPr>
        <w:t>(7) Số căn cước hoặc giấy chứng nhận căn cước hoặc số định danh cá nhân hoặc số hộ chiếu của công dân, kèm ngày cấp, nơi cấp.</w:t>
      </w:r>
    </w:p>
    <w:p>
      <w:pPr>
        <w:spacing w:before="0" w:after="0" w:lineRule="auto" w:line="312"/>
        <w:jc w:val="both"/>
      </w:pPr>
      <w:r>
        <w:rPr>
          <w:rFonts w:ascii="Times New Roman" w:hAnsi="Times New Roman" w:eastAsia="Times New Roman"/>
          <w:b w:val="0"/>
          <w:i w:val="0"/>
          <w:sz w:val="22"/>
        </w:rPr>
        <w:t>(8) Tư cách tham gia: người khiếu nại, người tố cáo, người kiến nghị, phản ánh, người đại diện, người được ủy quyền, luật sư hoặc trợ giúp viên pháp lý; nếu là người được ủy quyền thì ghi rõ số, ngày, tháng, năm, nội dung và phạm vi ủy quyền.</w:t>
      </w:r>
    </w:p>
    <w:p>
      <w:pPr>
        <w:spacing w:before="0" w:after="0" w:lineRule="auto" w:line="312"/>
        <w:jc w:val="both"/>
      </w:pPr>
      <w:r>
        <w:rPr>
          <w:rFonts w:ascii="Times New Roman" w:hAnsi="Times New Roman" w:eastAsia="Times New Roman"/>
          <w:b w:val="0"/>
          <w:i w:val="0"/>
          <w:sz w:val="22"/>
        </w:rPr>
        <w:t>(9) Ghi rõ công dân tham gia tại điểm cầu trung tâm hay điểm cầu thành phần nào.</w:t>
      </w:r>
    </w:p>
    <w:p>
      <w:pPr>
        <w:spacing w:before="0" w:after="0" w:lineRule="auto" w:line="312"/>
        <w:jc w:val="both"/>
      </w:pPr>
      <w:r>
        <w:rPr>
          <w:rFonts w:ascii="Times New Roman" w:hAnsi="Times New Roman" w:eastAsia="Times New Roman"/>
          <w:b w:val="0"/>
          <w:i w:val="0"/>
          <w:sz w:val="22"/>
        </w:rPr>
        <w:t>(10) Phương thức xác định nhân thân đã thực hiện: công dân xuất trình căn cước, giấy chứng nhận căn cước hoặc hộ chiếu trước camera để đối chiếu; cán bộ tại điểm cầu nơi công dân có mặt kiểm tra trực tiếp bản chính giấy tờ và xác nhận; hoặc xác thực điện tử qua ứng dụng định danh điện tử; đối với người đại diện, người được ủy quyền thì kiểm tra thêm văn bản ủy quyền hợp pháp.</w:t>
      </w:r>
    </w:p>
    <w:p>
      <w:pPr>
        <w:spacing w:before="0" w:after="0" w:lineRule="auto" w:line="312"/>
        <w:jc w:val="both"/>
      </w:pPr>
      <w:r>
        <w:rPr>
          <w:rFonts w:ascii="Times New Roman" w:hAnsi="Times New Roman" w:eastAsia="Times New Roman"/>
          <w:b w:val="0"/>
          <w:i w:val="0"/>
          <w:sz w:val="22"/>
        </w:rPr>
        <w:t>(11) Thời điểm bắt đầu ghi âm, ghi hình và kết quả kiểm tra kết nối; nếu có sự cố kỹ thuật thì ghi rõ thời gian, nguyên nhân và biện pháp khắc phục.</w:t>
      </w:r>
    </w:p>
    <w:p>
      <w:pPr>
        <w:spacing w:before="0" w:after="0" w:lineRule="auto" w:line="312"/>
        <w:jc w:val="both"/>
      </w:pPr>
      <w:r>
        <w:rPr>
          <w:rFonts w:ascii="Times New Roman" w:hAnsi="Times New Roman" w:eastAsia="Times New Roman"/>
          <w:b w:val="0"/>
          <w:i w:val="0"/>
          <w:sz w:val="22"/>
        </w:rPr>
        <w:t>(12) Ghi đầy đủ, trung thực, chính xác nội dung công dân trình bày và yêu cầu, đề nghị cụ thể của công dân.</w:t>
      </w:r>
    </w:p>
    <w:p>
      <w:pPr>
        <w:spacing w:before="0" w:after="0" w:lineRule="auto" w:line="312"/>
        <w:jc w:val="both"/>
      </w:pPr>
      <w:r>
        <w:rPr>
          <w:rFonts w:ascii="Times New Roman" w:hAnsi="Times New Roman" w:eastAsia="Times New Roman"/>
          <w:b w:val="0"/>
          <w:i w:val="0"/>
          <w:sz w:val="22"/>
        </w:rPr>
        <w:t>(13) Ý kiến của đại diện cơ quan, tổ chức, đơn vị tại từng điểm cầu thành phần về nội dung vụ việc và quá trình giải quyết.</w:t>
      </w:r>
    </w:p>
    <w:p>
      <w:pPr>
        <w:spacing w:before="0" w:after="0" w:lineRule="auto" w:line="312"/>
        <w:jc w:val="both"/>
      </w:pPr>
      <w:r>
        <w:rPr>
          <w:rFonts w:ascii="Times New Roman" w:hAnsi="Times New Roman" w:eastAsia="Times New Roman"/>
          <w:b w:val="0"/>
          <w:i w:val="0"/>
          <w:sz w:val="22"/>
        </w:rPr>
        <w:t>(14) Liệt kê thông tin, tài liệu do công dân cung cấp; nếu gửi dưới dạng điện tử thì ghi rõ tên tệp, định dạng, dung lượng và thời điểm tiếp nhận; việc tiếp nhận bản giấy phải lập Giấy biên nhận thông tin, tài liệu.</w:t>
      </w:r>
    </w:p>
    <w:p>
      <w:pPr>
        <w:spacing w:before="0" w:after="0" w:lineRule="auto" w:line="312"/>
        <w:jc w:val="both"/>
      </w:pPr>
      <w:r>
        <w:rPr>
          <w:rFonts w:ascii="Times New Roman" w:hAnsi="Times New Roman" w:eastAsia="Times New Roman"/>
          <w:b w:val="0"/>
          <w:i w:val="0"/>
          <w:sz w:val="22"/>
        </w:rPr>
        <w:t>(15) Ý kiến kết luận, chỉ đạo của người chủ trì về hướng xử lý, cơ quan chịu trách nhiệm giải quyết và thời hạn trả lời, thông báo kết quả cho công dân.</w:t>
      </w:r>
    </w:p>
    <w:p>
      <w:pPr>
        <w:spacing w:before="0" w:after="0" w:lineRule="auto" w:line="312"/>
        <w:jc w:val="both"/>
      </w:pPr>
      <w:r>
        <w:rPr>
          <w:rFonts w:ascii="Times New Roman" w:hAnsi="Times New Roman" w:eastAsia="Times New Roman"/>
          <w:b w:val="0"/>
          <w:i w:val="0"/>
          <w:sz w:val="22"/>
        </w:rPr>
        <w:t>(16) Nơi lưu trữ dữ liệu điện tử (hệ thống máy chủ hoặc nền tảng điện toán đám mây của cơ quan nhà nước).</w:t>
      </w:r>
    </w:p>
    <w:p>
      <w:pPr>
        <w:spacing w:before="0" w:after="0" w:lineRule="auto" w:line="312"/>
        <w:jc w:val="both"/>
      </w:pPr>
      <w:r>
        <w:rPr>
          <w:rFonts w:ascii="Times New Roman" w:hAnsi="Times New Roman" w:eastAsia="Times New Roman"/>
          <w:b w:val="0"/>
          <w:i w:val="0"/>
          <w:sz w:val="22"/>
        </w:rPr>
        <w:t>(17) Số bản của biên bản, tương ứng với số điểm cầu tham gia và bản lưu hồ sơ.</w:t>
      </w:r>
    </w:p>
    <w:p>
      <w:pPr>
        <w:spacing w:before="0" w:after="0" w:lineRule="auto" w:line="312"/>
        <w:jc w:val="both"/>
      </w:pPr>
      <w:r>
        <w:rPr>
          <w:rFonts w:ascii="Times New Roman" w:hAnsi="Times New Roman" w:eastAsia="Times New Roman"/>
          <w:b w:val="0"/>
          <w:i w:val="0"/>
          <w:sz w:val="22"/>
        </w:rPr>
        <w:t>(18) Trường hợp công dân tham gia tại điểm cầu thành phần thì ký vào bản biên bản tại điểm cầu đó và gửi lại bản đã ký cho điểm cầu trung tâm, hoặc ký số trên bản điện tử; trường hợp công dân không ký thì ghi rõ lý do vào biên bản và có xác nhận của những người cùng tham dự.</w:t>
      </w:r>
    </w:p>
    <w:p>
      <w:pPr>
        <w:spacing w:before="0" w:after="0" w:lineRule="auto" w:line="312"/>
        <w:jc w:val="both"/>
      </w:pPr>
      <w:r>
        <w:rPr>
          <w:rFonts w:ascii="Times New Roman" w:hAnsi="Times New Roman" w:eastAsia="Times New Roman"/>
          <w:b w:val="0"/>
          <w:i w:val="0"/>
          <w:sz w:val="22"/>
        </w:rPr>
        <w:t>* Cơ quan, tổ chức, đơn vị khác khi sử dụng biểu mẫu này phải sửa lại phần tên cơ quan ban hành ở góc trên bên trái, ký hiệu văn bản và tên đại diện cơ quan tham dự cho phù hợp với cơ quan mình.</w:t>
      </w:r>
    </w:p>
    <w:p>
      <w:pPr>
        <w:spacing w:before="0" w:after="0" w:lineRule="auto" w:line="312"/>
        <w:jc w:val="both"/>
      </w:pPr>
      <w:r>
        <w:rPr>
          <w:rFonts w:ascii="Times New Roman" w:hAnsi="Times New Roman" w:eastAsia="Times New Roman"/>
          <w:b w:val="0"/>
          <w:i w:val="0"/>
          <w:sz w:val="22"/>
        </w:rPr>
        <w:t>* Căn cứ pháp lý: Điều 3a, Điều 7, Điều 25, Điều 29 Luật Tiếp công dân số 42/2013/QH13 (đã được sửa đổi, bổ sung theo Luật số 136/2025/QH15); Điều 12, các điều 16, 17, 18, 19, 20, 21, 22, 23 và 24 Nghị định số 154/2026/NĐ-CP ngày 15 tháng 5 năm 2026 của Chính phủ.</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