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THÔNG BÁO</w:t>
      </w:r>
    </w:p>
    <w:p>
      <w:pPr>
        <w:spacing w:before="0" w:after="0" w:lineRule="auto" w:line="312"/>
        <w:jc w:val="center"/>
      </w:pPr>
      <w:r>
        <w:rPr>
          <w:rFonts w:ascii="Times New Roman" w:hAnsi="Times New Roman" w:eastAsia="Times New Roman"/>
          <w:b/>
          <w:i w:val="0"/>
          <w:sz w:val="26"/>
        </w:rPr>
        <w:t>Việc thụ lý tố cáo</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đã nhận được tố cáo của ………………(2) ………………(3), tố cáo hành vi vi phạm pháp luật trong việc thực hiện nhiệm vụ, công vụ của ………………(4).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Sau khi kiểm tra, xác minh thông tin về người tố cáo và điều kiện thụ lý tố cáo, căn cứ quy định của pháp luật về tố cáo, ………………(5) đã ban hành Quyết định số ………………(6) về việc thụ lý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Nội dung tố cáo được thụ lý:(7)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2.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Thời hạn giải quyết tố cáo là ……(8) ngày, kể từ ngày thụ lý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Vậy Thanh tra Thành phố Hồ Chí Minh thông báo để ………………(2) biết và thực hiện quyền, nghĩa vụ của người tố cáo theo quy định của pháp luật./.</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Cơ quan, tổ chức, cá nhân đã chuyển tố cáo đến (nếu có);</w:t>
            </w:r>
          </w:p>
          <w:p>
            <w:pPr>
              <w:spacing w:before="0" w:after="0" w:lineRule="auto" w:line="276"/>
              <w:jc w:val="left"/>
            </w:pPr>
            <w:r>
              <w:rPr>
                <w:rFonts w:ascii="Times New Roman" w:hAnsi="Times New Roman" w:eastAsia="Times New Roman"/>
                <w:b w:val="0"/>
                <w:i w:val="0"/>
                <w:sz w:val="22"/>
              </w:rPr>
              <w:t>- Lưu: VT, hồ sơ, ……(9).</w:t>
            </w:r>
          </w:p>
        </w:tc>
        <w:tc>
          <w:tcPr>
            <w:tcW w:type="dxa" w:w="4819"/>
          </w:tcPr>
          <w:p>
            <w:pPr>
              <w:spacing w:before="0" w:after="0" w:lineRule="auto" w:line="276"/>
              <w:jc w:val="center"/>
            </w:pPr>
            <w:r>
              <w:rPr>
                <w:rFonts w:ascii="Times New Roman" w:hAnsi="Times New Roman" w:eastAsia="Times New Roman"/>
                <w:b/>
                <w:i w:val="0"/>
                <w:sz w:val="26"/>
              </w:rPr>
              <w:t>CHÁNH THANH TRA</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tham mưu giải quyết vụ việc tố cáo. Ví dụ: "Số: 145/TB-TTTP-P2".</w:t>
      </w:r>
    </w:p>
    <w:p>
      <w:pPr>
        <w:spacing w:before="0" w:after="0" w:lineRule="auto" w:line="312"/>
        <w:jc w:val="both"/>
      </w:pPr>
      <w:r>
        <w:rPr>
          <w:rFonts w:ascii="Times New Roman" w:hAnsi="Times New Roman" w:eastAsia="Times New Roman"/>
          <w:b w:val="0"/>
          <w:i w:val="0"/>
          <w:sz w:val="22"/>
        </w:rPr>
        <w:t>(2) Họ và tên người tố cáo; trường hợp nhiều người cùng tố cáo về một nội dung và đã cử người đại diện thì ghi họ và tên người đại diện và thông báo được gửi đến người đại diện.</w:t>
      </w:r>
    </w:p>
    <w:p>
      <w:pPr>
        <w:spacing w:before="0" w:after="0" w:lineRule="auto" w:line="312"/>
        <w:jc w:val="both"/>
      </w:pPr>
      <w:r>
        <w:rPr>
          <w:rFonts w:ascii="Times New Roman" w:hAnsi="Times New Roman" w:eastAsia="Times New Roman"/>
          <w:b w:val="0"/>
          <w:i w:val="0"/>
          <w:sz w:val="22"/>
        </w:rPr>
        <w:t>(3) Hình thức và thời điểm tiếp nhận tố cáo: "theo đơn tố cáo ngày … tháng … năm …" hoặc "trình bày trực tiếp ngày … tháng … năm … được ghi lại bằng văn bản"; trường hợp tố cáo do cơ quan, tổ chức, cá nhân có thẩm quyền chuyển đến thì ghi rõ số, ngày, tháng, năm và tên cơ quan chuyển đến.</w:t>
      </w:r>
    </w:p>
    <w:p>
      <w:pPr>
        <w:spacing w:before="0" w:after="0" w:lineRule="auto" w:line="312"/>
        <w:jc w:val="both"/>
      </w:pPr>
      <w:r>
        <w:rPr>
          <w:rFonts w:ascii="Times New Roman" w:hAnsi="Times New Roman" w:eastAsia="Times New Roman"/>
          <w:b w:val="0"/>
          <w:i w:val="0"/>
          <w:sz w:val="22"/>
        </w:rPr>
        <w:t>(4) Tên cơ quan, tổ chức bị tố cáo; họ tên, chức vụ, chức danh, địa chỉ của cá nhân bị tố cáo.</w:t>
      </w:r>
    </w:p>
    <w:p>
      <w:pPr>
        <w:spacing w:before="0" w:after="0" w:lineRule="auto" w:line="312"/>
        <w:jc w:val="both"/>
      </w:pPr>
      <w:r>
        <w:rPr>
          <w:rFonts w:ascii="Times New Roman" w:hAnsi="Times New Roman" w:eastAsia="Times New Roman"/>
          <w:b w:val="0"/>
          <w:i w:val="0"/>
          <w:sz w:val="22"/>
        </w:rPr>
        <w:t>(5) Chức danh của người giải quyết tố cáo đã ban hành quyết định thụ lý. Ví dụ: "Chánh Thanh tra Thành phố Hồ Chí Minh".</w:t>
      </w:r>
    </w:p>
    <w:p>
      <w:pPr>
        <w:spacing w:before="0" w:after="0" w:lineRule="auto" w:line="312"/>
        <w:jc w:val="both"/>
      </w:pPr>
      <w:r>
        <w:rPr>
          <w:rFonts w:ascii="Times New Roman" w:hAnsi="Times New Roman" w:eastAsia="Times New Roman"/>
          <w:b w:val="0"/>
          <w:i w:val="0"/>
          <w:sz w:val="22"/>
        </w:rPr>
        <w:t>(6) Số, ngày, tháng, năm ban hành quyết định thụ lý tố cáo. Ví dụ: "Quyết định số 12/QĐ-TTTP ngày 05 tháng 8 năm 2026".</w:t>
      </w:r>
    </w:p>
    <w:p>
      <w:pPr>
        <w:spacing w:before="0" w:after="0" w:lineRule="auto" w:line="312"/>
        <w:jc w:val="both"/>
      </w:pPr>
      <w:r>
        <w:rPr>
          <w:rFonts w:ascii="Times New Roman" w:hAnsi="Times New Roman" w:eastAsia="Times New Roman"/>
          <w:b w:val="0"/>
          <w:i w:val="0"/>
          <w:sz w:val="22"/>
        </w:rPr>
        <w:t>(7) Liệt kê từng nội dung tố cáo được thụ lý, đúng như nội dung ghi trong quyết định thụ lý. Trường hợp có nội dung không được thụ lý thì nêu rõ nội dung đó và lý do không thụ lý.</w:t>
      </w:r>
    </w:p>
    <w:p>
      <w:pPr>
        <w:spacing w:before="0" w:after="0" w:lineRule="auto" w:line="312"/>
        <w:jc w:val="both"/>
      </w:pPr>
      <w:r>
        <w:rPr>
          <w:rFonts w:ascii="Times New Roman" w:hAnsi="Times New Roman" w:eastAsia="Times New Roman"/>
          <w:b w:val="0"/>
          <w:i w:val="0"/>
          <w:sz w:val="22"/>
        </w:rPr>
        <w:t>(8) Số ngày giải quyết tố cáo, không quá 30 ngày kể từ ngày thụ lý tố cáo, đúng như thời hạn ghi trong quyết định thụ lý.</w:t>
      </w:r>
    </w:p>
    <w:p>
      <w:pPr>
        <w:spacing w:before="0" w:after="0" w:lineRule="auto" w:line="312"/>
        <w:jc w:val="both"/>
      </w:pPr>
      <w:r>
        <w:rPr>
          <w:rFonts w:ascii="Times New Roman" w:hAnsi="Times New Roman" w:eastAsia="Times New Roman"/>
          <w:b w:val="0"/>
          <w:i w:val="0"/>
          <w:sz w:val="22"/>
        </w:rPr>
        <w:t>(9) Chữ viết tắt tên phòng, đơn vị soạn thảo, tên viết tắt của người soạn thảo và số lượng bản phát hành. Ví dụ: "P2/NVB.4b".</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tác giả văn bản ở góc trên bên trái (ỦY BAN NHÂN DÂN THÀNH PHỐ HỒ CHÍ MINH – THANH TRA THÀNH PHỐ), ký hiệu số văn bản, tên cơ quan nêu trong nội dung và chức danh người ký cho phù hợp với cơ quan mình; trường hợp không có cơ quan chủ quản trực tiếp thì chỉ ghi tên cơ quan ban hành. Trường hợp vụ việc thuộc thẩm quyền giải quyết của Chủ tịch Ủy ban nhân dân Thành phố Hồ Chí Minh thì tác giả văn bản ghi "ỦY BAN NHÂN DÂN THÀNH PHỐ HỒ CHÍ MINH" và người ký là Chủ tịch Ủy ban nhân dân Thành phố.</w:t>
      </w:r>
    </w:p>
    <w:p>
      <w:pPr>
        <w:spacing w:before="0" w:after="0" w:lineRule="auto" w:line="312"/>
        <w:jc w:val="both"/>
      </w:pPr>
      <w:r>
        <w:rPr>
          <w:rFonts w:ascii="Times New Roman" w:hAnsi="Times New Roman" w:eastAsia="Times New Roman"/>
          <w:b w:val="0"/>
          <w:i w:val="0"/>
          <w:sz w:val="22"/>
        </w:rPr>
        <w:t>* Thông báo phải được ban hành trong thời hạn 05 ngày làm việc kể từ ngày ra quyết định thụ lý tố cáo.</w:t>
      </w:r>
    </w:p>
    <w:p>
      <w:pPr>
        <w:spacing w:before="0" w:after="0" w:lineRule="auto" w:line="312"/>
        <w:jc w:val="both"/>
      </w:pPr>
      <w:r>
        <w:rPr>
          <w:rFonts w:ascii="Times New Roman" w:hAnsi="Times New Roman" w:eastAsia="Times New Roman"/>
          <w:b w:val="0"/>
          <w:i w:val="0"/>
          <w:sz w:val="22"/>
        </w:rPr>
        <w:t>* Trường hợp không đủ điều kiện thụ lý thì không ban hành quyết định thụ lý mà thông báo ngay cho người tố cáo biết lý do không thụ lý; khi đó biểu mẫu này được sửa lại theo hướng nêu rõ căn cứ và lý do không thụ lý.</w:t>
      </w:r>
    </w:p>
    <w:p>
      <w:pPr>
        <w:spacing w:before="0" w:after="0" w:lineRule="auto" w:line="312"/>
        <w:jc w:val="both"/>
      </w:pPr>
      <w:r>
        <w:rPr>
          <w:rFonts w:ascii="Times New Roman" w:hAnsi="Times New Roman" w:eastAsia="Times New Roman"/>
          <w:b w:val="0"/>
          <w:i w:val="0"/>
          <w:sz w:val="22"/>
        </w:rPr>
        <w:t>* Thông báo chỉ gửi cho người tố cáo hoặc người đại diện; không sao gửi cho người bị tố cáo. Việc chuyển phát phải bảo đảm giữ bí mật họ tên, địa chỉ, bút tích và thông tin cá nhân khác của người tố cáo theo Điều 56 Luật Tố cáo.</w:t>
      </w:r>
    </w:p>
    <w:p>
      <w:pPr>
        <w:spacing w:before="0" w:after="0" w:lineRule="auto" w:line="312"/>
        <w:jc w:val="both"/>
      </w:pPr>
      <w:r>
        <w:rPr>
          <w:rFonts w:ascii="Times New Roman" w:hAnsi="Times New Roman" w:eastAsia="Times New Roman"/>
          <w:b w:val="0"/>
          <w:i w:val="0"/>
          <w:sz w:val="22"/>
        </w:rPr>
        <w:t>* Căn cứ: khoản 3 Điều 29 và Điều 30 Luật Tố cáo số 25/2018/QH14 đã được sửa đổi, bổ sung; điểm c khoản 1 Điều 9 Luật Tố cáo về quyền được thông báo việc thụ lý tố cáo; khoản 2 Điều 9 Nghị định số 31/2019/NĐ-CP ngày 10 tháng 4 năm 2019 của Chính phủ (đã được sửa đổi, bổ sung theo Nghị định số 156/2026/NĐ-CP ngày 15 tháng 5 năm 2026 của Chính phủ); Mẫu số 05 tại Phụ lục ban hành kèm theo Nghị định số 31/2019/NĐ-CP.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