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tblLayout w:type="fixed"/>
        <w:tblLook w:firstColumn="1" w:firstRow="1" w:lastColumn="0" w:lastRow="0" w:noHBand="0" w:noVBand="1" w:val="04A0"/>
        <w:tblBorders>
          <w:top w:val="none"/>
          <w:left w:val="none"/>
          <w:bottom w:val="none"/>
          <w:right w:val="none"/>
          <w:insideH w:val="none"/>
          <w:insideV w:val="none"/>
        </w:tblBorders>
      </w:tblPr>
      <w:tblGrid>
        <w:gridCol w:w="3628"/>
        <w:gridCol w:w="5726"/>
      </w:tblGrid>
      <w:tr>
        <w:tc>
          <w:tcPr>
            <w:tcW w:type="dxa" w:w="3628"/>
          </w:tcPr>
          <w:p>
            <w:pPr>
              <w:spacing w:before="0" w:after="0" w:lineRule="auto" w:line="276"/>
              <w:jc w:val="center"/>
            </w:pPr>
            <w:r>
              <w:rPr>
                <w:rFonts w:ascii="Times New Roman" w:hAnsi="Times New Roman" w:eastAsia="Times New Roman"/>
                <w:b w:val="0"/>
                <w:i w:val="0"/>
                <w:sz w:val="24"/>
              </w:rPr>
              <w:t>ỦY BAN NHÂN DÂN</w:t>
            </w:r>
          </w:p>
          <w:p>
            <w:pPr>
              <w:spacing w:before="0" w:after="0" w:lineRule="auto" w:line="276"/>
              <w:jc w:val="center"/>
            </w:pPr>
            <w:r>
              <w:rPr>
                <w:rFonts w:ascii="Times New Roman" w:hAnsi="Times New Roman" w:eastAsia="Times New Roman"/>
                <w:b w:val="0"/>
                <w:i w:val="0"/>
                <w:sz w:val="24"/>
              </w:rPr>
              <w:t>THÀNH PHỐ HỒ CHÍ MINH</w:t>
            </w:r>
          </w:p>
          <w:p>
            <w:pPr>
              <w:spacing w:before="0" w:after="0" w:lineRule="auto" w:line="276"/>
              <w:jc w:val="center"/>
            </w:pPr>
            <w:r>
              <w:rPr>
                <w:rFonts w:ascii="Times New Roman" w:hAnsi="Times New Roman" w:eastAsia="Times New Roman"/>
                <w:b/>
                <w:i w:val="0"/>
                <w:sz w:val="24"/>
              </w:rPr>
              <w:t>THANH TRA THÀNH PHỐ</w:t>
            </w:r>
          </w:p>
          <w:p>
            <w:pPr>
              <w:spacing w:before="0" w:after="0" w:lineRule="auto" w:line="276"/>
              <w:jc w:val="center"/>
            </w:pPr>
            <w:r>
              <w:rPr>
                <w:rFonts w:ascii="Times New Roman" w:hAnsi="Times New Roman" w:eastAsia="Times New Roman"/>
                <w:b w:val="0"/>
                <w:i w:val="0"/>
                <w:sz w:val="24"/>
              </w:rPr>
              <w:t>–––––––––</w:t>
            </w:r>
          </w:p>
          <w:p>
            <w:pPr>
              <w:spacing w:before="0" w:after="0" w:lineRule="auto" w:line="276"/>
              <w:jc w:val="center"/>
            </w:pPr>
            <w:r>
              <w:rPr>
                <w:rFonts w:ascii="Times New Roman" w:hAnsi="Times New Roman" w:eastAsia="Times New Roman"/>
                <w:b w:val="0"/>
                <w:i w:val="0"/>
                <w:sz w:val="24"/>
              </w:rPr>
              <w:t>Số: ……/TTTP-……(1)</w:t>
            </w:r>
          </w:p>
          <w:p>
            <w:pPr>
              <w:spacing w:before="0" w:after="0" w:lineRule="auto" w:line="276"/>
              <w:jc w:val="center"/>
            </w:pPr>
            <w:r>
              <w:rPr>
                <w:rFonts w:ascii="Times New Roman" w:hAnsi="Times New Roman" w:eastAsia="Times New Roman"/>
                <w:b w:val="0"/>
                <w:i/>
                <w:sz w:val="24"/>
              </w:rPr>
              <w:t>V/v đề nghị gửi kết quả giám định liên quan đến nội dung khiếu nại</w:t>
            </w:r>
          </w:p>
        </w:tc>
        <w:tc>
          <w:tcPr>
            <w:tcW w:type="dxa" w:w="5726"/>
          </w:tcPr>
          <w:p>
            <w:pPr>
              <w:spacing w:before="0" w:after="0" w:lineRule="auto" w:line="276"/>
              <w:jc w:val="center"/>
            </w:pPr>
            <w:r>
              <w:rPr>
                <w:rFonts w:ascii="Times New Roman" w:hAnsi="Times New Roman" w:eastAsia="Times New Roman"/>
                <w:b/>
                <w:i w:val="0"/>
                <w:sz w:val="24"/>
              </w:rPr>
              <w:t>CỘNG HÒA XÃ HỘI CHỦ NGHĨA VIỆT NAM</w:t>
            </w:r>
          </w:p>
          <w:p>
            <w:pPr>
              <w:spacing w:before="0" w:after="0" w:lineRule="auto" w:line="276"/>
              <w:jc w:val="center"/>
            </w:pPr>
            <w:r>
              <w:rPr>
                <w:rFonts w:ascii="Times New Roman" w:hAnsi="Times New Roman" w:eastAsia="Times New Roman"/>
                <w:b/>
                <w:i w:val="0"/>
                <w:sz w:val="24"/>
              </w:rPr>
              <w:t>Độc lập - Tự do - Hạnh phúc</w:t>
            </w:r>
          </w:p>
          <w:p>
            <w:pPr>
              <w:spacing w:before="0" w:after="0" w:lineRule="auto" w:line="276"/>
              <w:jc w:val="center"/>
            </w:pPr>
            <w:r>
              <w:rPr>
                <w:rFonts w:ascii="Times New Roman" w:hAnsi="Times New Roman" w:eastAsia="Times New Roman"/>
                <w:b w:val="0"/>
                <w:i w:val="0"/>
                <w:sz w:val="24"/>
              </w:rPr>
              <w:t>–––––––––––––––––––––</w:t>
            </w:r>
          </w:p>
          <w:p>
            <w:pPr>
              <w:spacing w:before="0" w:after="0" w:lineRule="auto" w:line="276"/>
              <w:jc w:val="center"/>
            </w:pPr>
            <w:r>
              <w:rPr>
                <w:rFonts w:ascii="Times New Roman" w:hAnsi="Times New Roman" w:eastAsia="Times New Roman"/>
                <w:b w:val="0"/>
                <w:i w:val="0"/>
                <w:sz w:val="24"/>
              </w:rPr>
            </w:r>
          </w:p>
          <w:p>
            <w:pPr>
              <w:spacing w:before="0" w:after="0" w:lineRule="auto" w:line="276"/>
              <w:jc w:val="center"/>
            </w:pPr>
            <w:r>
              <w:rPr>
                <w:rFonts w:ascii="Times New Roman" w:hAnsi="Times New Roman" w:eastAsia="Times New Roman"/>
                <w:b w:val="0"/>
                <w:i/>
                <w:sz w:val="24"/>
              </w:rPr>
              <w:t>Thành phố Hồ Chí Minh, ngày …… tháng …… năm ……</w:t>
            </w:r>
          </w:p>
        </w:tc>
      </w:tr>
    </w:tbl>
    <w:p>
      <w:pPr>
        <w:spacing w:before="0" w:after="80" w:lineRule="auto" w:line="312"/>
        <w:jc w:val="left"/>
      </w:pPr>
      <w:r>
        <w:rPr>
          <w:rFonts w:ascii="Times New Roman" w:hAnsi="Times New Roman" w:eastAsia="Times New Roman"/>
          <w:b w:val="0"/>
          <w:i w:val="0"/>
          <w:sz w:val="26"/>
        </w:rPr>
      </w:r>
    </w:p>
    <w:p>
      <w:pPr>
        <w:spacing w:before="0" w:after="40" w:lineRule="auto" w:line="312"/>
        <w:jc w:val="left"/>
      </w:pPr>
      <w:r>
        <w:rPr>
          <w:rFonts w:ascii="Times New Roman" w:hAnsi="Times New Roman" w:eastAsia="Times New Roman"/>
          <w:b w:val="0"/>
          <w:i w:val="0"/>
          <w:sz w:val="26"/>
        </w:rPr>
      </w:r>
    </w:p>
    <w:p>
      <w:pPr>
        <w:spacing w:before="0" w:after="0" w:lineRule="auto" w:line="312"/>
        <w:jc w:val="left"/>
      </w:pPr>
      <w:r>
        <w:rPr>
          <w:rFonts w:ascii="Times New Roman" w:hAnsi="Times New Roman" w:eastAsia="Times New Roman"/>
          <w:b w:val="0"/>
          <w:i w:val="0"/>
          <w:sz w:val="26"/>
        </w:rPr>
      </w:r>
    </w:p>
    <w:p>
      <w:pPr>
        <w:spacing w:before="0" w:after="0" w:lineRule="auto" w:line="312"/>
        <w:ind w:firstLine="567"/>
        <w:jc w:val="left"/>
      </w:pPr>
      <w:r>
        <w:rPr>
          <w:rFonts w:ascii="Times New Roman" w:hAnsi="Times New Roman" w:eastAsia="Times New Roman"/>
          <w:b/>
          <w:i w:val="0"/>
          <w:sz w:val="26"/>
        </w:rPr>
        <w:t>Kính gửi: ………………………………………………………………(2)</w:t>
      </w:r>
    </w:p>
    <w:p>
      <w:pPr>
        <w:spacing w:before="0" w:after="0" w:lineRule="auto" w:line="312"/>
        <w:jc w:val="left"/>
      </w:pPr>
      <w:r>
        <w:rPr>
          <w:rFonts w:ascii="Times New Roman" w:hAnsi="Times New Roman" w:eastAsia="Times New Roman"/>
          <w:b w:val="0"/>
          <w:i w:val="0"/>
          <w:sz w:val="26"/>
        </w:rPr>
      </w:r>
    </w:p>
    <w:p>
      <w:pPr>
        <w:spacing w:before="0" w:after="0" w:lineRule="auto" w:line="312"/>
        <w:ind w:firstLine="567"/>
        <w:jc w:val="both"/>
      </w:pPr>
      <w:r>
        <w:rPr>
          <w:rFonts w:ascii="Times New Roman" w:hAnsi="Times New Roman" w:eastAsia="Times New Roman"/>
          <w:b w:val="0"/>
          <w:i w:val="0"/>
          <w:sz w:val="26"/>
        </w:rPr>
        <w:t>Để có cơ sở cho việc giải quyết khiếu nại bảo đảm chính xác, khách quan, ngày …… tháng …… năm ………, ………………(3) đã ban hành Quyết định số ………………(4) về việc trưng cầu giám định thông tin, tài liệu, bằng chứng liên quan đến nội dung khiếu nại của ông (bà) ………………(5) đối với ………………(6).</w:t>
      </w:r>
    </w:p>
    <w:p>
      <w:pPr>
        <w:spacing w:before="0" w:after="0" w:lineRule="auto" w:line="312"/>
        <w:jc w:val="left"/>
      </w:pPr>
      <w:r>
        <w:rPr>
          <w:rFonts w:ascii="Times New Roman" w:hAnsi="Times New Roman" w:eastAsia="Times New Roman"/>
          <w:b w:val="0"/>
          <w:i w:val="0"/>
          <w:sz w:val="26"/>
        </w:rPr>
      </w:r>
    </w:p>
    <w:p>
      <w:pPr>
        <w:spacing w:before="0" w:after="0" w:lineRule="auto" w:line="312"/>
        <w:ind w:firstLine="567"/>
        <w:jc w:val="both"/>
      </w:pPr>
      <w:r>
        <w:rPr>
          <w:rFonts w:ascii="Times New Roman" w:hAnsi="Times New Roman" w:eastAsia="Times New Roman"/>
          <w:b w:val="0"/>
          <w:i w:val="0"/>
          <w:sz w:val="26"/>
        </w:rPr>
        <w:t>Thông tin, tài liệu, bằng chứng đề nghị giám định và nội dung cần giám định gồm:</w:t>
      </w:r>
    </w:p>
    <w:p>
      <w:pPr>
        <w:spacing w:before="0" w:after="0" w:lineRule="auto" w:line="312"/>
        <w:jc w:val="left"/>
      </w:pPr>
      <w:r>
        <w:rPr>
          <w:rFonts w:ascii="Times New Roman" w:hAnsi="Times New Roman" w:eastAsia="Times New Roman"/>
          <w:b w:val="0"/>
          <w:i w:val="0"/>
          <w:sz w:val="26"/>
        </w:rPr>
      </w:r>
    </w:p>
    <w:p>
      <w:pPr>
        <w:spacing w:before="0" w:after="0" w:lineRule="auto" w:line="312"/>
        <w:ind w:firstLine="567"/>
        <w:jc w:val="left"/>
      </w:pPr>
      <w:r>
        <w:rPr>
          <w:rFonts w:ascii="Times New Roman" w:hAnsi="Times New Roman" w:eastAsia="Times New Roman"/>
          <w:b w:val="0"/>
          <w:i w:val="0"/>
          <w:sz w:val="26"/>
        </w:rPr>
        <w:t>………………………………………………………………………………(7)</w:t>
      </w:r>
    </w:p>
    <w:p>
      <w:pPr>
        <w:spacing w:before="0" w:after="0" w:lineRule="auto" w:line="312"/>
        <w:jc w:val="left"/>
      </w:pPr>
      <w:r>
        <w:rPr>
          <w:rFonts w:ascii="Times New Roman" w:hAnsi="Times New Roman" w:eastAsia="Times New Roman"/>
          <w:b w:val="0"/>
          <w:i w:val="0"/>
          <w:sz w:val="26"/>
        </w:rPr>
      </w:r>
    </w:p>
    <w:p>
      <w:pPr>
        <w:spacing w:before="0" w:after="0" w:lineRule="auto" w:line="312"/>
        <w:ind w:firstLine="567"/>
        <w:jc w:val="both"/>
      </w:pPr>
      <w:r>
        <w:rPr>
          <w:rFonts w:ascii="Times New Roman" w:hAnsi="Times New Roman" w:eastAsia="Times New Roman"/>
          <w:b w:val="0"/>
          <w:i w:val="0"/>
          <w:sz w:val="26"/>
        </w:rPr>
        <w:t>Vậy đề nghị ………………(2) tiến hành giám định và gửi kết quả giám định cho Thanh tra Thành phố Hồ Chí Minh trước ngày …… tháng …… năm ………(8) để bảo đảm thời hạn giải quyết khiếu nại theo quy định của pháp luật.</w:t>
      </w:r>
    </w:p>
    <w:p>
      <w:pPr>
        <w:spacing w:before="0" w:after="0" w:lineRule="auto" w:line="312"/>
        <w:jc w:val="left"/>
      </w:pPr>
      <w:r>
        <w:rPr>
          <w:rFonts w:ascii="Times New Roman" w:hAnsi="Times New Roman" w:eastAsia="Times New Roman"/>
          <w:b w:val="0"/>
          <w:i w:val="0"/>
          <w:sz w:val="26"/>
        </w:rPr>
      </w:r>
    </w:p>
    <w:p>
      <w:pPr>
        <w:spacing w:before="0" w:after="0" w:lineRule="auto" w:line="312"/>
        <w:ind w:firstLine="567"/>
        <w:jc w:val="both"/>
      </w:pPr>
      <w:r>
        <w:rPr>
          <w:rFonts w:ascii="Times New Roman" w:hAnsi="Times New Roman" w:eastAsia="Times New Roman"/>
          <w:b w:val="0"/>
          <w:i w:val="0"/>
          <w:sz w:val="26"/>
        </w:rPr>
        <w:t>Thanh tra Thành phố Hồ Chí Minh cử ông (bà) ………………(9) trực tiếp bàn giao thông tin, tài liệu, bằng chứng và tiếp nhận kết quả giám định.</w:t>
      </w:r>
    </w:p>
    <w:p>
      <w:pPr>
        <w:spacing w:before="0" w:after="0" w:lineRule="auto" w:line="312"/>
        <w:jc w:val="left"/>
      </w:pPr>
      <w:r>
        <w:rPr>
          <w:rFonts w:ascii="Times New Roman" w:hAnsi="Times New Roman" w:eastAsia="Times New Roman"/>
          <w:b w:val="0"/>
          <w:i w:val="0"/>
          <w:sz w:val="26"/>
        </w:rPr>
      </w:r>
    </w:p>
    <w:p>
      <w:pPr>
        <w:spacing w:before="0" w:after="0" w:lineRule="auto" w:line="312"/>
        <w:ind w:firstLine="567"/>
        <w:jc w:val="both"/>
      </w:pPr>
      <w:r>
        <w:rPr>
          <w:rFonts w:ascii="Times New Roman" w:hAnsi="Times New Roman" w:eastAsia="Times New Roman"/>
          <w:b w:val="0"/>
          <w:i w:val="0"/>
          <w:sz w:val="26"/>
        </w:rPr>
        <w:t>Kinh phí giám định (nếu phải chi trả) do ………………(3) chi trả theo quy định của pháp luật.</w:t>
      </w:r>
    </w:p>
    <w:p>
      <w:pPr>
        <w:spacing w:before="0" w:after="0" w:lineRule="auto" w:line="312"/>
        <w:jc w:val="left"/>
      </w:pPr>
      <w:r>
        <w:rPr>
          <w:rFonts w:ascii="Times New Roman" w:hAnsi="Times New Roman" w:eastAsia="Times New Roman"/>
          <w:b w:val="0"/>
          <w:i w:val="0"/>
          <w:sz w:val="26"/>
        </w:rPr>
      </w:r>
    </w:p>
    <w:p>
      <w:pPr>
        <w:spacing w:before="0" w:after="0" w:lineRule="auto" w:line="312"/>
        <w:ind w:firstLine="567"/>
        <w:jc w:val="both"/>
      </w:pPr>
      <w:r>
        <w:rPr>
          <w:rFonts w:ascii="Times New Roman" w:hAnsi="Times New Roman" w:eastAsia="Times New Roman"/>
          <w:b w:val="0"/>
          <w:i w:val="0"/>
          <w:sz w:val="26"/>
        </w:rPr>
        <w:t>Thanh tra Thành phố Hồ Chí Minh trân trọng đề nghị ………………(2) quan tâm, phối hợp thực hiện./.</w:t>
      </w:r>
    </w:p>
    <w:p>
      <w:pPr>
        <w:spacing w:before="0" w:after="80" w:lineRule="auto" w:line="312"/>
        <w:jc w:val="left"/>
      </w:pPr>
      <w:r>
        <w:rPr>
          <w:rFonts w:ascii="Times New Roman" w:hAnsi="Times New Roman" w:eastAsia="Times New Roman"/>
          <w:b w:val="0"/>
          <w:i w:val="0"/>
          <w:sz w:val="26"/>
        </w:rPr>
      </w:r>
    </w:p>
    <w:tbl>
      <w:tblPr>
        <w:tblW w:type="auto" w:w="0"/>
        <w:tblLayout w:type="fixed"/>
        <w:tblLook w:firstColumn="1" w:firstRow="1" w:lastColumn="0" w:lastRow="0" w:noHBand="0" w:noVBand="1" w:val="04A0"/>
        <w:tblBorders>
          <w:top w:val="none"/>
          <w:left w:val="none"/>
          <w:bottom w:val="none"/>
          <w:right w:val="none"/>
          <w:insideH w:val="none"/>
          <w:insideV w:val="none"/>
        </w:tblBorders>
      </w:tblPr>
      <w:tblGrid>
        <w:gridCol w:w="4535"/>
        <w:gridCol w:w="4819"/>
      </w:tblGrid>
      <w:tr>
        <w:tc>
          <w:tcPr>
            <w:tcW w:type="dxa" w:w="4535"/>
          </w:tcPr>
          <w:p>
            <w:pPr>
              <w:spacing w:before="0" w:after="0" w:lineRule="auto" w:line="276"/>
              <w:jc w:val="left"/>
            </w:pPr>
            <w:r>
              <w:rPr>
                <w:rFonts w:ascii="Times New Roman" w:hAnsi="Times New Roman" w:eastAsia="Times New Roman"/>
                <w:b w:val="0"/>
                <w:i/>
                <w:sz w:val="22"/>
              </w:rPr>
              <w:t>Nơi nhận:</w:t>
            </w:r>
          </w:p>
          <w:p>
            <w:pPr>
              <w:spacing w:before="0" w:after="0" w:lineRule="auto" w:line="276"/>
              <w:jc w:val="left"/>
            </w:pPr>
            <w:r>
              <w:rPr>
                <w:rFonts w:ascii="Times New Roman" w:hAnsi="Times New Roman" w:eastAsia="Times New Roman"/>
                <w:b w:val="0"/>
                <w:i w:val="0"/>
                <w:sz w:val="22"/>
              </w:rPr>
              <w:t>- Như trên;</w:t>
            </w:r>
          </w:p>
          <w:p>
            <w:pPr>
              <w:spacing w:before="0" w:after="0" w:lineRule="auto" w:line="276"/>
              <w:jc w:val="left"/>
            </w:pPr>
            <w:r>
              <w:rPr>
                <w:rFonts w:ascii="Times New Roman" w:hAnsi="Times New Roman" w:eastAsia="Times New Roman"/>
                <w:b w:val="0"/>
                <w:i w:val="0"/>
                <w:sz w:val="22"/>
              </w:rPr>
              <w:t>- ……(9);</w:t>
            </w:r>
          </w:p>
          <w:p>
            <w:pPr>
              <w:spacing w:before="0" w:after="0" w:lineRule="auto" w:line="276"/>
              <w:jc w:val="left"/>
            </w:pPr>
            <w:r>
              <w:rPr>
                <w:rFonts w:ascii="Times New Roman" w:hAnsi="Times New Roman" w:eastAsia="Times New Roman"/>
                <w:b w:val="0"/>
                <w:i w:val="0"/>
                <w:sz w:val="22"/>
              </w:rPr>
              <w:t>- ……(10);</w:t>
            </w:r>
          </w:p>
          <w:p>
            <w:pPr>
              <w:spacing w:before="0" w:after="0" w:lineRule="auto" w:line="276"/>
              <w:jc w:val="left"/>
            </w:pPr>
            <w:r>
              <w:rPr>
                <w:rFonts w:ascii="Times New Roman" w:hAnsi="Times New Roman" w:eastAsia="Times New Roman"/>
                <w:b w:val="0"/>
                <w:i w:val="0"/>
                <w:sz w:val="22"/>
              </w:rPr>
              <w:t>- ……(11);</w:t>
            </w:r>
          </w:p>
          <w:p>
            <w:pPr>
              <w:spacing w:before="0" w:after="0" w:lineRule="auto" w:line="276"/>
              <w:jc w:val="left"/>
            </w:pPr>
            <w:r>
              <w:rPr>
                <w:rFonts w:ascii="Times New Roman" w:hAnsi="Times New Roman" w:eastAsia="Times New Roman"/>
                <w:b w:val="0"/>
                <w:i w:val="0"/>
                <w:sz w:val="22"/>
              </w:rPr>
              <w:t>- Lưu: VT, hồ sơ, ……(12).</w:t>
            </w:r>
          </w:p>
        </w:tc>
        <w:tc>
          <w:tcPr>
            <w:tcW w:type="dxa" w:w="4819"/>
          </w:tcPr>
          <w:p>
            <w:pPr>
              <w:spacing w:before="0" w:after="0" w:lineRule="auto" w:line="276"/>
              <w:jc w:val="center"/>
            </w:pPr>
            <w:r>
              <w:rPr>
                <w:rFonts w:ascii="Times New Roman" w:hAnsi="Times New Roman" w:eastAsia="Times New Roman"/>
                <w:b/>
                <w:i w:val="0"/>
                <w:sz w:val="26"/>
              </w:rPr>
              <w:t>………………………(13)</w:t>
            </w:r>
          </w:p>
          <w:p>
            <w:pPr>
              <w:spacing w:before="0" w:after="0" w:lineRule="auto" w:line="276"/>
              <w:jc w:val="center"/>
            </w:pPr>
            <w:r>
              <w:rPr>
                <w:rFonts w:ascii="Times New Roman" w:hAnsi="Times New Roman" w:eastAsia="Times New Roman"/>
                <w:b w:val="0"/>
                <w:i/>
                <w:sz w:val="26"/>
              </w:rPr>
              <w:t>(Chữ ký, dấu)</w:t>
            </w:r>
          </w:p>
          <w:p>
            <w:pPr>
              <w:spacing w:before="0" w:after="0" w:lineRule="auto" w:line="276"/>
              <w:jc w:val="center"/>
            </w:pPr>
            <w:r>
              <w:rPr>
                <w:rFonts w:ascii="Times New Roman" w:hAnsi="Times New Roman" w:eastAsia="Times New Roman"/>
                <w:b w:val="0"/>
                <w:i w:val="0"/>
                <w:sz w:val="26"/>
              </w:rPr>
              <w:t>Họ và tên</w:t>
            </w:r>
          </w:p>
        </w:tc>
      </w:tr>
    </w:tbl>
    <w:p>
      <w:pPr>
        <w:spacing w:before="0" w:after="80" w:lineRule="auto" w:line="312"/>
        <w:jc w:val="left"/>
      </w:pPr>
      <w:r>
        <w:rPr>
          <w:rFonts w:ascii="Times New Roman" w:hAnsi="Times New Roman" w:eastAsia="Times New Roman"/>
          <w:b w:val="0"/>
          <w:i w:val="0"/>
          <w:sz w:val="26"/>
        </w:rPr>
      </w:r>
    </w:p>
    <w:p>
      <w:pPr>
        <w:spacing w:before="120" w:after="40" w:lineRule="auto" w:line="312"/>
        <w:jc w:val="left"/>
      </w:pPr>
      <w:r>
        <w:rPr>
          <w:rFonts w:ascii="Times New Roman" w:hAnsi="Times New Roman" w:eastAsia="Times New Roman"/>
          <w:b w:val="0"/>
          <w:i/>
          <w:sz w:val="22"/>
        </w:rPr>
        <w:t>Ghi chú:</w:t>
      </w:r>
    </w:p>
    <w:p>
      <w:pPr>
        <w:spacing w:before="0" w:after="0" w:lineRule="auto" w:line="312"/>
        <w:jc w:val="both"/>
      </w:pPr>
      <w:r>
        <w:rPr>
          <w:rFonts w:ascii="Times New Roman" w:hAnsi="Times New Roman" w:eastAsia="Times New Roman"/>
          <w:b w:val="0"/>
          <w:i w:val="0"/>
          <w:sz w:val="22"/>
        </w:rPr>
        <w:t>(1) Chữ viết tắt tên phòng, đơn vị tham mưu ban hành văn bản. Ví dụ: văn bản do Phòng 1 tham mưu ghi là "Số: 215/TTTP-P1".</w:t>
      </w:r>
    </w:p>
    <w:p>
      <w:pPr>
        <w:spacing w:before="0" w:after="0" w:lineRule="auto" w:line="312"/>
        <w:jc w:val="both"/>
      </w:pPr>
      <w:r>
        <w:rPr>
          <w:rFonts w:ascii="Times New Roman" w:hAnsi="Times New Roman" w:eastAsia="Times New Roman"/>
          <w:b w:val="0"/>
          <w:i w:val="0"/>
          <w:sz w:val="22"/>
        </w:rPr>
        <w:t>(2) Tên cơ quan, tổ chức được trưng cầu giám định. Ví dụ: "Phân viện Khoa học hình sự tại Thành phố Hồ Chí Minh"; "Trung tâm Kỹ thuật Tiêu chuẩn Đo lường Chất lượng 3".</w:t>
      </w:r>
    </w:p>
    <w:p>
      <w:pPr>
        <w:spacing w:before="0" w:after="0" w:lineRule="auto" w:line="312"/>
        <w:jc w:val="both"/>
      </w:pPr>
      <w:r>
        <w:rPr>
          <w:rFonts w:ascii="Times New Roman" w:hAnsi="Times New Roman" w:eastAsia="Times New Roman"/>
          <w:b w:val="0"/>
          <w:i w:val="0"/>
          <w:sz w:val="22"/>
        </w:rPr>
        <w:t>(3) Tên cơ quan, tổ chức, đơn vị hoặc chức danh người đã ban hành quyết định trưng cầu giám định, cũng là chủ thể chi trả kinh phí giám định. Ví dụ: "Chủ tịch Ủy ban nhân dân Thành phố Hồ Chí Minh"; "Chánh Thanh tra Thành phố Hồ Chí Minh".</w:t>
      </w:r>
    </w:p>
    <w:p>
      <w:pPr>
        <w:spacing w:before="0" w:after="0" w:lineRule="auto" w:line="312"/>
        <w:jc w:val="both"/>
      </w:pPr>
      <w:r>
        <w:rPr>
          <w:rFonts w:ascii="Times New Roman" w:hAnsi="Times New Roman" w:eastAsia="Times New Roman"/>
          <w:b w:val="0"/>
          <w:i w:val="0"/>
          <w:sz w:val="22"/>
        </w:rPr>
        <w:t>(4) Số, ký hiệu quyết định trưng cầu giám định đã ban hành theo Mẫu số 09. Ví dụ: "Quyết định số 78/QĐ-TTTP".</w:t>
      </w:r>
    </w:p>
    <w:p>
      <w:pPr>
        <w:spacing w:before="0" w:after="0" w:lineRule="auto" w:line="312"/>
        <w:jc w:val="both"/>
      </w:pPr>
      <w:r>
        <w:rPr>
          <w:rFonts w:ascii="Times New Roman" w:hAnsi="Times New Roman" w:eastAsia="Times New Roman"/>
          <w:b w:val="0"/>
          <w:i w:val="0"/>
          <w:sz w:val="22"/>
        </w:rPr>
        <w:t>(5) Họ và tên người khiếu nại; trường hợp cơ quan, tổ chức khiếu nại thì ghi tên cơ quan, tổ chức và người đại diện, người được ủy quyền khiếu nại.</w:t>
      </w:r>
    </w:p>
    <w:p>
      <w:pPr>
        <w:spacing w:before="0" w:after="0" w:lineRule="auto" w:line="312"/>
        <w:jc w:val="both"/>
      </w:pPr>
      <w:r>
        <w:rPr>
          <w:rFonts w:ascii="Times New Roman" w:hAnsi="Times New Roman" w:eastAsia="Times New Roman"/>
          <w:b w:val="0"/>
          <w:i w:val="0"/>
          <w:sz w:val="22"/>
        </w:rPr>
        <w:t>(6) Quyết định hành chính, hành vi hành chính hoặc quyết định kỷ luật cán bộ, công chức bị khiếu nại. Ví dụ: "Quyết định số 456/QĐ-UBND ngày 12/3/2026 về bồi thường, hỗ trợ khi Nhà nước thu hồi đất".</w:t>
      </w:r>
    </w:p>
    <w:p>
      <w:pPr>
        <w:spacing w:before="0" w:after="0" w:lineRule="auto" w:line="312"/>
        <w:jc w:val="both"/>
      </w:pPr>
      <w:r>
        <w:rPr>
          <w:rFonts w:ascii="Times New Roman" w:hAnsi="Times New Roman" w:eastAsia="Times New Roman"/>
          <w:b w:val="0"/>
          <w:i w:val="0"/>
          <w:sz w:val="22"/>
        </w:rPr>
        <w:t>(7) Liệt kê cụ thể từng thông tin, tài liệu, bằng chứng đề nghị giám định (tên tài liệu, số trang, tình trạng bản chính hay bản sao) và nêu rõ nội dung, yêu cầu cần giám định. Ví dụ: "giám định chữ ký của ông Nguyễn Văn A trên Đơn xin giao đất ngày 05/6/2015 (bản chính, 02 trang)".</w:t>
      </w:r>
    </w:p>
    <w:p>
      <w:pPr>
        <w:spacing w:before="0" w:after="0" w:lineRule="auto" w:line="312"/>
        <w:jc w:val="both"/>
      </w:pPr>
      <w:r>
        <w:rPr>
          <w:rFonts w:ascii="Times New Roman" w:hAnsi="Times New Roman" w:eastAsia="Times New Roman"/>
          <w:b w:val="0"/>
          <w:i w:val="0"/>
          <w:sz w:val="22"/>
        </w:rPr>
        <w:t>(8) Thời hạn đề nghị gửi kết quả giám định, được xác định trong thời gian còn lại của thời hạn giải quyết khiếu nại, phải trùng khớp với thời hạn ghi trong quyết định trưng cầu giám định.</w:t>
      </w:r>
    </w:p>
    <w:p>
      <w:pPr>
        <w:spacing w:before="0" w:after="0" w:lineRule="auto" w:line="312"/>
        <w:jc w:val="both"/>
      </w:pPr>
      <w:r>
        <w:rPr>
          <w:rFonts w:ascii="Times New Roman" w:hAnsi="Times New Roman" w:eastAsia="Times New Roman"/>
          <w:b w:val="0"/>
          <w:i w:val="0"/>
          <w:sz w:val="22"/>
        </w:rPr>
        <w:t>(9) Họ và tên, chức vụ, chức danh, đơn vị công tác của người được cử bàn giao thông tin, tài liệu, bằng chứng và tiếp nhận kết quả giám định. Ví dụ: "ông Trần Văn B, Thanh tra viên, Phòng Nghiệp vụ 1".</w:t>
      </w:r>
    </w:p>
    <w:p>
      <w:pPr>
        <w:spacing w:before="0" w:after="0" w:lineRule="auto" w:line="312"/>
        <w:jc w:val="both"/>
      </w:pPr>
      <w:r>
        <w:rPr>
          <w:rFonts w:ascii="Times New Roman" w:hAnsi="Times New Roman" w:eastAsia="Times New Roman"/>
          <w:b w:val="0"/>
          <w:i w:val="0"/>
          <w:sz w:val="22"/>
        </w:rPr>
        <w:t>(10) Đơn vị, bộ phận quản lý tài chính của cơ quan chi trả kinh phí giám định (để thực hiện việc thanh toán). Ví dụ: "Văn phòng Thanh tra Thành phố (để thực hiện chi trả kinh phí)".</w:t>
      </w:r>
    </w:p>
    <w:p>
      <w:pPr>
        <w:spacing w:before="0" w:after="0" w:lineRule="auto" w:line="312"/>
        <w:jc w:val="both"/>
      </w:pPr>
      <w:r>
        <w:rPr>
          <w:rFonts w:ascii="Times New Roman" w:hAnsi="Times New Roman" w:eastAsia="Times New Roman"/>
          <w:b w:val="0"/>
          <w:i w:val="0"/>
          <w:sz w:val="22"/>
        </w:rPr>
        <w:t>(11) Cơ quan, tổ chức, đơn vị, cá nhân khác có liên quan cần gửi để biết, phối hợp (nếu có).</w:t>
      </w:r>
    </w:p>
    <w:p>
      <w:pPr>
        <w:spacing w:before="0" w:after="0" w:lineRule="auto" w:line="312"/>
        <w:jc w:val="both"/>
      </w:pPr>
      <w:r>
        <w:rPr>
          <w:rFonts w:ascii="Times New Roman" w:hAnsi="Times New Roman" w:eastAsia="Times New Roman"/>
          <w:b w:val="0"/>
          <w:i w:val="0"/>
          <w:sz w:val="22"/>
        </w:rPr>
        <w:t>(12) Chữ viết tắt tên phòng, đơn vị soạn thảo, tên viết tắt của người soạn thảo và số lượng bản phát hành. Ví dụ: "P1/TVB.4b".</w:t>
      </w:r>
    </w:p>
    <w:p>
      <w:pPr>
        <w:spacing w:before="0" w:after="0" w:lineRule="auto" w:line="312"/>
        <w:jc w:val="both"/>
      </w:pPr>
      <w:r>
        <w:rPr>
          <w:rFonts w:ascii="Times New Roman" w:hAnsi="Times New Roman" w:eastAsia="Times New Roman"/>
          <w:b w:val="0"/>
          <w:i w:val="0"/>
          <w:sz w:val="22"/>
        </w:rPr>
        <w:t>(13) Chức danh người ký văn bản. Ví dụ: "CHÁNH THANH TRA" hoặc "KT. CHÁNH THANH TRA – PHÓ CHÁNH THANH TRA".</w:t>
      </w:r>
    </w:p>
    <w:p>
      <w:pPr>
        <w:spacing w:before="0" w:after="0" w:lineRule="auto" w:line="312"/>
        <w:jc w:val="both"/>
      </w:pPr>
      <w:r>
        <w:rPr>
          <w:rFonts w:ascii="Times New Roman" w:hAnsi="Times New Roman" w:eastAsia="Times New Roman"/>
          <w:b w:val="0"/>
          <w:i w:val="0"/>
          <w:sz w:val="22"/>
        </w:rPr>
        <w:t>* Đây là công văn hành chính nên không có tên loại văn bản; trích yếu nội dung được đặt dưới số, ký hiệu ở góc trên bên trái theo Nghị định số 30/2020/NĐ-CP.</w:t>
      </w:r>
    </w:p>
    <w:p>
      <w:pPr>
        <w:spacing w:before="0" w:after="0" w:lineRule="auto" w:line="312"/>
        <w:jc w:val="both"/>
      </w:pPr>
      <w:r>
        <w:rPr>
          <w:rFonts w:ascii="Times New Roman" w:hAnsi="Times New Roman" w:eastAsia="Times New Roman"/>
          <w:b w:val="0"/>
          <w:i w:val="0"/>
          <w:sz w:val="22"/>
        </w:rPr>
        <w:t>* Văn bản này chỉ ban hành sau khi đã có quyết định trưng cầu giám định theo Mẫu số 09; không dùng văn bản này thay cho quyết định trưng cầu giám định.</w:t>
      </w:r>
    </w:p>
    <w:p>
      <w:pPr>
        <w:spacing w:before="0" w:after="0" w:lineRule="auto" w:line="312"/>
        <w:jc w:val="both"/>
      </w:pPr>
      <w:r>
        <w:rPr>
          <w:rFonts w:ascii="Times New Roman" w:hAnsi="Times New Roman" w:eastAsia="Times New Roman"/>
          <w:b w:val="0"/>
          <w:i w:val="0"/>
          <w:sz w:val="22"/>
        </w:rPr>
        <w:t>* Kết quả giám định phải được lưu vào hồ sơ giải quyết khiếu nại và là một trong các căn cứ để kết luận nội dung khiếu nại.</w:t>
      </w:r>
    </w:p>
    <w:p>
      <w:pPr>
        <w:spacing w:before="0" w:after="0" w:lineRule="auto" w:line="312"/>
        <w:jc w:val="both"/>
      </w:pPr>
      <w:r>
        <w:rPr>
          <w:rFonts w:ascii="Times New Roman" w:hAnsi="Times New Roman" w:eastAsia="Times New Roman"/>
          <w:b w:val="0"/>
          <w:i w:val="0"/>
          <w:sz w:val="22"/>
        </w:rPr>
        <w:t>* Cơ quan, tổ chức, đơn vị khác khi sử dụng biểu mẫu này phải sửa lại phần tên cơ quan ban hành ở góc trên bên trái, ký hiệu văn bản và chức danh người ký cho phù hợp với cơ quan mình; trường hợp không có cơ quan chủ quản trực tiếp thì chỉ ghi tên cơ quan ban hành.</w:t>
      </w:r>
    </w:p>
    <w:p>
      <w:pPr>
        <w:spacing w:before="0" w:after="0" w:lineRule="auto" w:line="312"/>
        <w:jc w:val="both"/>
      </w:pPr>
      <w:r>
        <w:rPr>
          <w:rFonts w:ascii="Times New Roman" w:hAnsi="Times New Roman" w:eastAsia="Times New Roman"/>
          <w:b w:val="0"/>
          <w:i w:val="0"/>
          <w:sz w:val="22"/>
        </w:rPr>
        <w:t>* Căn cứ pháp lý: Điều 24 Nghị định số 124/2020/NĐ-CP ngày 19 tháng 10 năm 2020 của Chính phủ, đã được sửa đổi, bổ sung theo Nghị định số 155/2026/NĐ-CP ngày 15 tháng 5 năm 2026 của Chính phủ (Mẫu số 10); Điều 29 Luật Khiếu nại số 02/2011/QH13 đã được sửa đổi, bổ sung; Nghị định số 30/2020/NĐ-CP ngày 05 tháng 3 năm 2020 của Chính phủ về công tác văn thư.</w:t>
      </w:r>
    </w:p>
    <w:sectPr w:rsidR="00FC693F" w:rsidRPr="0006063C" w:rsidSect="00034616">
      <w:pgSz w:w="11906" w:h="16838"/>
      <w:pgMar w:top="1134" w:right="850"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0" w:before="0" w:lineRule="auto" w:line="312"/>
    </w:pPr>
    <w:rPr>
      <w:rFonts w:ascii="Times New Roman" w:hAnsi="Times New Roman" w:eastAsia="Times New Roman"/>
      <w:sz w:val="26"/>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