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82"/>
        <w:gridCol w:w="5272"/>
      </w:tblGrid>
      <w:tr>
        <w:tc>
          <w:tcPr>
            <w:tcW w:type="dxa" w:w="4082"/>
          </w:tcPr>
          <w:p>
            <w:pPr>
              <w:spacing w:before="0" w:after="0" w:lineRule="auto" w:line="276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…………………………… (1)</w:t>
            </w:r>
          </w:p>
          <w:p>
            <w:pPr>
              <w:spacing w:before="0" w:after="0" w:lineRule="auto" w:line="276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ĐOÀN KIỂM TRA</w:t>
            </w:r>
          </w:p>
          <w:p>
            <w:pPr>
              <w:spacing w:before="0" w:after="0" w:lineRule="auto" w:line="276"/>
              <w:jc w:val="center"/>
            </w:pPr>
            <w:r>
              <w:rPr>
                <w:rFonts w:ascii="Times New Roman" w:hAnsi="Times New Roman" w:eastAsia="Times New Roman"/>
                <w:b w:val="0"/>
                <w:i/>
                <w:sz w:val="24"/>
              </w:rPr>
              <w:t>Theo Quyết định số …………(2)</w:t>
            </w:r>
          </w:p>
          <w:p>
            <w:pPr>
              <w:spacing w:before="0" w:after="0" w:lineRule="auto" w:line="276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-------</w:t>
            </w:r>
          </w:p>
        </w:tc>
        <w:tc>
          <w:tcPr>
            <w:tcW w:type="dxa" w:w="5272"/>
          </w:tcPr>
          <w:p>
            <w:pPr>
              <w:spacing w:before="0" w:after="0" w:lineRule="auto" w:line="276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CỘNG HÒA XÃ HỘI CHỦ NGHĨA VIỆT NAM</w:t>
            </w:r>
          </w:p>
          <w:p>
            <w:pPr>
              <w:spacing w:before="0" w:after="0" w:lineRule="auto" w:line="276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Độc lập - Tự do - Hạnh phúc</w:t>
            </w:r>
          </w:p>
          <w:p>
            <w:pPr>
              <w:spacing w:before="0" w:after="0" w:lineRule="auto" w:line="276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---------------</w:t>
            </w:r>
          </w:p>
        </w:tc>
      </w:tr>
    </w:tbl>
    <w:p>
      <w:pPr>
        <w:spacing w:before="0" w:after="80" w:lineRule="auto" w:line="312"/>
        <w:jc w:val="left"/>
      </w:pPr>
      <w:r>
        <w:rPr>
          <w:rFonts w:ascii="Times New Roman" w:hAnsi="Times New Roman" w:eastAsia="Times New Roman"/>
          <w:b w:val="0"/>
          <w:i w:val="0"/>
          <w:sz w:val="26"/>
        </w:rPr>
      </w:r>
    </w:p>
    <w:p>
      <w:pPr>
        <w:spacing w:before="0" w:after="0" w:lineRule="auto" w:line="312"/>
        <w:jc w:val="center"/>
      </w:pPr>
      <w:r>
        <w:rPr>
          <w:rFonts w:ascii="Times New Roman" w:hAnsi="Times New Roman" w:eastAsia="Times New Roman"/>
          <w:b/>
          <w:i w:val="0"/>
          <w:sz w:val="28"/>
        </w:rPr>
        <w:t>BIÊN BẢN LÀM VIỆC</w:t>
      </w:r>
    </w:p>
    <w:p>
      <w:pPr>
        <w:spacing w:before="0" w:after="40" w:lineRule="auto" w:line="312"/>
        <w:jc w:val="left"/>
      </w:pPr>
      <w:r>
        <w:rPr>
          <w:rFonts w:ascii="Times New Roman" w:hAnsi="Times New Roman" w:eastAsia="Times New Roman"/>
          <w:b w:val="0"/>
          <w:i w:val="0"/>
          <w:sz w:val="26"/>
        </w:rPr>
      </w:r>
    </w:p>
    <w:p>
      <w:pPr>
        <w:spacing w:before="0" w:after="0" w:lineRule="auto" w:line="312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6"/>
        </w:rPr>
        <w:t>Thực hiện Quyết định kiểm tra chuyên ngành số ………… ngày …… tháng …… năm ……… của ……………… (3) về việc ……………… (4);</w:t>
      </w:r>
    </w:p>
    <w:p>
      <w:pPr>
        <w:spacing w:before="0" w:after="0" w:lineRule="auto" w:line="312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6"/>
        </w:rPr>
        <w:t>Hôm nay, hồi …… giờ …… phút, ngày …… tháng …… năm ………, tại ……………… (5), Đoàn kiểm tra tiến hành làm việc với ……………… (6) về ……………… (7).</w:t>
      </w:r>
    </w:p>
    <w:p>
      <w:pPr>
        <w:spacing w:before="0" w:after="0" w:lineRule="auto" w:line="312"/>
        <w:ind w:firstLine="567"/>
        <w:jc w:val="left"/>
      </w:pPr>
      <w:r>
        <w:rPr>
          <w:rFonts w:ascii="Times New Roman" w:hAnsi="Times New Roman" w:eastAsia="Times New Roman"/>
          <w:b w:val="0"/>
          <w:i w:val="0"/>
          <w:sz w:val="26"/>
        </w:rPr>
        <w:t>Hình thức làm việc: ………………………………………………………… (8).</w:t>
      </w:r>
    </w:p>
    <w:p>
      <w:pPr>
        <w:spacing w:before="0" w:after="0" w:lineRule="auto" w:line="312"/>
        <w:jc w:val="left"/>
      </w:pPr>
      <w:r>
        <w:rPr>
          <w:rFonts w:ascii="Times New Roman" w:hAnsi="Times New Roman" w:eastAsia="Times New Roman"/>
          <w:b w:val="0"/>
          <w:i w:val="0"/>
          <w:sz w:val="26"/>
        </w:rPr>
      </w:r>
    </w:p>
    <w:p>
      <w:pPr>
        <w:spacing w:before="0" w:after="0" w:lineRule="auto" w:line="312"/>
        <w:ind w:firstLine="567"/>
        <w:jc w:val="both"/>
      </w:pPr>
      <w:r>
        <w:rPr>
          <w:rFonts w:ascii="Times New Roman" w:hAnsi="Times New Roman" w:eastAsia="Times New Roman"/>
          <w:b/>
          <w:i w:val="0"/>
          <w:sz w:val="26"/>
        </w:rPr>
        <w:t>I. THÀNH PHẦN LÀM VIỆC</w:t>
      </w:r>
    </w:p>
    <w:p>
      <w:pPr>
        <w:spacing w:before="0" w:after="0" w:lineRule="auto" w:line="312"/>
        <w:ind w:firstLine="567"/>
        <w:jc w:val="both"/>
      </w:pPr>
      <w:r>
        <w:rPr>
          <w:rFonts w:ascii="Times New Roman" w:hAnsi="Times New Roman" w:eastAsia="Times New Roman"/>
          <w:b/>
          <w:i w:val="0"/>
          <w:sz w:val="26"/>
        </w:rPr>
        <w:t>1. Đại diện Đoàn kiểm tra</w:t>
      </w:r>
    </w:p>
    <w:p>
      <w:pPr>
        <w:spacing w:before="0" w:after="0" w:lineRule="auto" w:line="312"/>
        <w:jc w:val="both"/>
      </w:pPr>
      <w:r>
        <w:rPr>
          <w:rFonts w:ascii="Times New Roman" w:hAnsi="Times New Roman" w:eastAsia="Times New Roman"/>
          <w:b w:val="0"/>
          <w:i w:val="0"/>
          <w:sz w:val="26"/>
        </w:rPr>
        <w:t>- Ông (bà) ………………, chức vụ/chức danh ………………, chủ trì buổi làm việc;</w:t>
      </w:r>
    </w:p>
    <w:p>
      <w:pPr>
        <w:spacing w:before="0" w:after="0" w:lineRule="auto" w:line="312"/>
        <w:jc w:val="left"/>
      </w:pPr>
      <w:r>
        <w:rPr>
          <w:rFonts w:ascii="Times New Roman" w:hAnsi="Times New Roman" w:eastAsia="Times New Roman"/>
          <w:b w:val="0"/>
          <w:i w:val="0"/>
          <w:sz w:val="26"/>
        </w:rPr>
        <w:t>- Ông (bà) …………………………, chức vụ/chức danh ……………………………;</w:t>
      </w:r>
    </w:p>
    <w:p>
      <w:pPr>
        <w:spacing w:before="0" w:after="0" w:lineRule="auto" w:line="312"/>
        <w:ind w:firstLine="567"/>
        <w:jc w:val="left"/>
      </w:pPr>
      <w:r>
        <w:rPr>
          <w:rFonts w:ascii="Times New Roman" w:hAnsi="Times New Roman" w:eastAsia="Times New Roman"/>
          <w:b/>
          <w:i w:val="0"/>
          <w:sz w:val="26"/>
        </w:rPr>
        <w:t>2. Đại diện ……………………………………… (6)</w:t>
      </w:r>
    </w:p>
    <w:p>
      <w:pPr>
        <w:spacing w:before="0" w:after="0" w:lineRule="auto" w:line="312"/>
        <w:jc w:val="left"/>
      </w:pPr>
      <w:r>
        <w:rPr>
          <w:rFonts w:ascii="Times New Roman" w:hAnsi="Times New Roman" w:eastAsia="Times New Roman"/>
          <w:b w:val="0"/>
          <w:i w:val="0"/>
          <w:sz w:val="26"/>
        </w:rPr>
        <w:t>- Ông (bà) …………………………, chức vụ/chức danh ……………………………;</w:t>
      </w:r>
    </w:p>
    <w:p>
      <w:pPr>
        <w:spacing w:before="0" w:after="0" w:lineRule="auto" w:line="312"/>
        <w:jc w:val="left"/>
      </w:pPr>
      <w:r>
        <w:rPr>
          <w:rFonts w:ascii="Times New Roman" w:hAnsi="Times New Roman" w:eastAsia="Times New Roman"/>
          <w:b w:val="0"/>
          <w:i w:val="0"/>
          <w:sz w:val="26"/>
        </w:rPr>
        <w:t>- Ông (bà) …………………………, chức vụ/chức danh ……………………………;</w:t>
      </w:r>
    </w:p>
    <w:p>
      <w:pPr>
        <w:spacing w:before="0" w:after="0" w:lineRule="auto" w:line="312"/>
        <w:ind w:firstLine="567"/>
        <w:jc w:val="both"/>
      </w:pPr>
      <w:r>
        <w:rPr>
          <w:rFonts w:ascii="Times New Roman" w:hAnsi="Times New Roman" w:eastAsia="Times New Roman"/>
          <w:b/>
          <w:i w:val="0"/>
          <w:sz w:val="26"/>
        </w:rPr>
        <w:t>3. Thành phần khác tham dự (nếu có) (9)</w:t>
      </w:r>
    </w:p>
    <w:p>
      <w:pPr>
        <w:spacing w:before="0" w:after="0" w:lineRule="auto" w:line="312"/>
        <w:jc w:val="left"/>
      </w:pPr>
      <w:r>
        <w:rPr>
          <w:rFonts w:ascii="Times New Roman" w:hAnsi="Times New Roman" w:eastAsia="Times New Roman"/>
          <w:b w:val="0"/>
          <w:i w:val="0"/>
          <w:sz w:val="26"/>
        </w:rPr>
        <w:t>- Ông (bà) …………………………, chức vụ/chức danh ……………………………;</w:t>
      </w:r>
    </w:p>
    <w:p>
      <w:pPr>
        <w:spacing w:before="0" w:after="0" w:lineRule="auto" w:line="312"/>
        <w:jc w:val="left"/>
      </w:pPr>
      <w:r>
        <w:rPr>
          <w:rFonts w:ascii="Times New Roman" w:hAnsi="Times New Roman" w:eastAsia="Times New Roman"/>
          <w:b w:val="0"/>
          <w:i w:val="0"/>
          <w:sz w:val="26"/>
        </w:rPr>
      </w:r>
    </w:p>
    <w:p>
      <w:pPr>
        <w:spacing w:before="0" w:after="0" w:lineRule="auto" w:line="312"/>
        <w:ind w:firstLine="567"/>
        <w:jc w:val="both"/>
      </w:pPr>
      <w:r>
        <w:rPr>
          <w:rFonts w:ascii="Times New Roman" w:hAnsi="Times New Roman" w:eastAsia="Times New Roman"/>
          <w:b/>
          <w:i w:val="0"/>
          <w:sz w:val="26"/>
        </w:rPr>
        <w:t>II. NỘI DUNG LÀM VIỆC (10)</w:t>
      </w:r>
    </w:p>
    <w:p>
      <w:pPr>
        <w:spacing w:before="0" w:after="0" w:lineRule="auto" w:line="312"/>
        <w:jc w:val="left"/>
      </w:pPr>
      <w:r>
        <w:rPr>
          <w:rFonts w:ascii="Times New Roman" w:hAnsi="Times New Roman" w:eastAsia="Times New Roman"/>
          <w:b w:val="0"/>
          <w:i w:val="0"/>
          <w:sz w:val="26"/>
        </w:rPr>
        <w:t>- …………………………………………………………………………………………</w:t>
      </w:r>
    </w:p>
    <w:p>
      <w:pPr>
        <w:spacing w:before="0" w:after="0" w:lineRule="auto" w:line="312"/>
        <w:jc w:val="left"/>
      </w:pPr>
      <w:r>
        <w:rPr>
          <w:rFonts w:ascii="Times New Roman" w:hAnsi="Times New Roman" w:eastAsia="Times New Roman"/>
          <w:b w:val="0"/>
          <w:i w:val="0"/>
          <w:sz w:val="26"/>
        </w:rPr>
        <w:t>- …………………………………………………………………………………………</w:t>
      </w:r>
    </w:p>
    <w:p>
      <w:pPr>
        <w:spacing w:before="0" w:after="0" w:lineRule="auto" w:line="312"/>
        <w:ind w:firstLine="567"/>
        <w:jc w:val="both"/>
      </w:pPr>
      <w:r>
        <w:rPr>
          <w:rFonts w:ascii="Times New Roman" w:hAnsi="Times New Roman" w:eastAsia="Times New Roman"/>
          <w:b/>
          <w:i w:val="0"/>
          <w:sz w:val="26"/>
        </w:rPr>
        <w:t>III. KẾT QUẢ LÀM VIỆC (11)</w:t>
      </w:r>
    </w:p>
    <w:p>
      <w:pPr>
        <w:spacing w:before="0" w:after="0" w:lineRule="auto" w:line="312"/>
        <w:jc w:val="left"/>
      </w:pPr>
      <w:r>
        <w:rPr>
          <w:rFonts w:ascii="Times New Roman" w:hAnsi="Times New Roman" w:eastAsia="Times New Roman"/>
          <w:b w:val="0"/>
          <w:i w:val="0"/>
          <w:sz w:val="26"/>
        </w:rPr>
        <w:t>- …………………………………………………………………………………………</w:t>
      </w:r>
    </w:p>
    <w:p>
      <w:pPr>
        <w:spacing w:before="0" w:after="0" w:lineRule="auto" w:line="312"/>
        <w:jc w:val="left"/>
      </w:pPr>
      <w:r>
        <w:rPr>
          <w:rFonts w:ascii="Times New Roman" w:hAnsi="Times New Roman" w:eastAsia="Times New Roman"/>
          <w:b w:val="0"/>
          <w:i w:val="0"/>
          <w:sz w:val="26"/>
        </w:rPr>
        <w:t>- …………………………………………………………………………………………</w:t>
      </w:r>
    </w:p>
    <w:p>
      <w:pPr>
        <w:spacing w:before="0" w:after="0" w:lineRule="auto" w:line="312"/>
        <w:ind w:firstLine="567"/>
        <w:jc w:val="left"/>
      </w:pPr>
      <w:r>
        <w:rPr>
          <w:rFonts w:ascii="Times New Roman" w:hAnsi="Times New Roman" w:eastAsia="Times New Roman"/>
          <w:b/>
          <w:i w:val="0"/>
          <w:sz w:val="26"/>
        </w:rPr>
        <w:t>IV. Ý KIẾN, GIẢI TRÌNH CỦA ……………………………… (6) (12)</w:t>
      </w:r>
    </w:p>
    <w:p>
      <w:pPr>
        <w:spacing w:before="0" w:after="0" w:lineRule="auto" w:line="312"/>
        <w:jc w:val="left"/>
      </w:pPr>
      <w:r>
        <w:rPr>
          <w:rFonts w:ascii="Times New Roman" w:hAnsi="Times New Roman" w:eastAsia="Times New Roman"/>
          <w:b w:val="0"/>
          <w:i w:val="0"/>
          <w:sz w:val="26"/>
        </w:rPr>
        <w:t>- …………………………………………………………………………………………</w:t>
      </w:r>
    </w:p>
    <w:p>
      <w:pPr>
        <w:spacing w:before="0" w:after="0" w:lineRule="auto" w:line="312"/>
        <w:jc w:val="left"/>
      </w:pPr>
      <w:r>
        <w:rPr>
          <w:rFonts w:ascii="Times New Roman" w:hAnsi="Times New Roman" w:eastAsia="Times New Roman"/>
          <w:b w:val="0"/>
          <w:i w:val="0"/>
          <w:sz w:val="26"/>
        </w:rPr>
        <w:t>- …………………………………………………………………………………………</w:t>
      </w:r>
    </w:p>
    <w:p>
      <w:pPr>
        <w:spacing w:before="0" w:after="0" w:lineRule="auto" w:line="312"/>
        <w:ind w:firstLine="567"/>
        <w:jc w:val="both"/>
      </w:pPr>
      <w:r>
        <w:rPr>
          <w:rFonts w:ascii="Times New Roman" w:hAnsi="Times New Roman" w:eastAsia="Times New Roman"/>
          <w:b/>
          <w:i w:val="0"/>
          <w:sz w:val="26"/>
        </w:rPr>
        <w:t>V. HỒ SƠ, TÀI LIỆU, DỮ LIỆU LIÊN QUAN ĐÃ ĐƯỢC XUẤT TRÌNH, CUNG CẤP (nếu có) (13)</w:t>
      </w:r>
    </w:p>
    <w:p>
      <w:pPr>
        <w:spacing w:before="0" w:after="0" w:lineRule="auto" w:line="312"/>
        <w:jc w:val="left"/>
      </w:pPr>
      <w:r>
        <w:rPr>
          <w:rFonts w:ascii="Times New Roman" w:hAnsi="Times New Roman" w:eastAsia="Times New Roman"/>
          <w:b w:val="0"/>
          <w:i w:val="0"/>
          <w:sz w:val="26"/>
        </w:rPr>
        <w:t>- …………………………………………………………………………………………</w:t>
      </w:r>
    </w:p>
    <w:p>
      <w:pPr>
        <w:spacing w:before="0" w:after="0" w:lineRule="auto" w:line="312"/>
        <w:ind w:firstLine="567"/>
        <w:jc w:val="both"/>
      </w:pPr>
      <w:r>
        <w:rPr>
          <w:rFonts w:ascii="Times New Roman" w:hAnsi="Times New Roman" w:eastAsia="Times New Roman"/>
          <w:b/>
          <w:i w:val="0"/>
          <w:sz w:val="26"/>
        </w:rPr>
        <w:t>VI. NỘI DUNG THỐNG NHẤT VÀ CÔNG VIỆC TIẾP THEO (14)</w:t>
      </w:r>
    </w:p>
    <w:p>
      <w:pPr>
        <w:spacing w:before="0" w:after="0" w:lineRule="auto" w:line="312"/>
        <w:jc w:val="left"/>
      </w:pPr>
      <w:r>
        <w:rPr>
          <w:rFonts w:ascii="Times New Roman" w:hAnsi="Times New Roman" w:eastAsia="Times New Roman"/>
          <w:b w:val="0"/>
          <w:i w:val="0"/>
          <w:sz w:val="26"/>
        </w:rPr>
        <w:t>- …………………………………………………………………………………………</w:t>
      </w:r>
    </w:p>
    <w:p>
      <w:pPr>
        <w:spacing w:before="0" w:after="0" w:lineRule="auto" w:line="312"/>
        <w:jc w:val="left"/>
      </w:pPr>
      <w:r>
        <w:rPr>
          <w:rFonts w:ascii="Times New Roman" w:hAnsi="Times New Roman" w:eastAsia="Times New Roman"/>
          <w:b w:val="0"/>
          <w:i w:val="0"/>
          <w:sz w:val="26"/>
        </w:rPr>
      </w:r>
    </w:p>
    <w:p>
      <w:pPr>
        <w:spacing w:before="0" w:after="0" w:lineRule="auto" w:line="312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6"/>
        </w:rPr>
        <w:t>Buổi làm việc kết thúc hồi …… giờ …… phút cùng ngày.</w:t>
      </w:r>
    </w:p>
    <w:p>
      <w:pPr>
        <w:spacing w:before="0" w:after="0" w:lineRule="auto" w:line="312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6"/>
        </w:rPr>
        <w:t>Người ghi biên bản: ông (bà) ………………………, thành viên Đoàn kiểm tra.</w:t>
      </w:r>
    </w:p>
    <w:p>
      <w:pPr>
        <w:spacing w:before="0" w:after="0" w:lineRule="auto" w:line="312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6"/>
        </w:rPr>
        <w:t>Biên bản gồm …… trang, …… phụ lục kèm theo (nếu có), được lập thành 02 bản có nội dung và giá trị như nhau; mỗi bên giữ 01 bản. Biên bản đã được đọc lại cho những người có tên nêu trên nghe, thống nhất và ký xác nhận dưới đây./.</w:t>
      </w:r>
    </w:p>
    <w:p>
      <w:pPr>
        <w:spacing w:before="0" w:after="80" w:lineRule="auto" w:line="312"/>
        <w:jc w:val="left"/>
      </w:pPr>
      <w:r>
        <w:rPr>
          <w:rFonts w:ascii="Times New Roman" w:hAnsi="Times New Roman" w:eastAsia="Times New Roman"/>
          <w:b w:val="0"/>
          <w:i w:val="0"/>
          <w:sz w:val="26"/>
        </w:rPr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35"/>
        <w:gridCol w:w="4819"/>
      </w:tblGrid>
      <w:tr>
        <w:tc>
          <w:tcPr>
            <w:tcW w:type="dxa" w:w="4535"/>
          </w:tcPr>
          <w:p>
            <w:pPr>
              <w:spacing w:before="0" w:after="0" w:lineRule="auto" w:line="276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ĐẠI DIỆN …………………………… (6)</w:t>
            </w:r>
          </w:p>
          <w:p>
            <w:pPr>
              <w:spacing w:before="0" w:after="0" w:lineRule="auto" w:line="276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(Ký, ghi rõ họ và tên, đóng dấu - nếu có)</w:t>
            </w:r>
          </w:p>
          <w:p>
            <w:pPr>
              <w:spacing w:before="0" w:after="0" w:lineRule="auto" w:line="276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</w:r>
          </w:p>
          <w:p>
            <w:pPr>
              <w:spacing w:before="0" w:after="0" w:lineRule="auto" w:line="276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</w:r>
          </w:p>
          <w:p>
            <w:pPr>
              <w:spacing w:before="0" w:after="0" w:lineRule="auto" w:line="276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Họ và tên</w:t>
            </w:r>
          </w:p>
        </w:tc>
        <w:tc>
          <w:tcPr>
            <w:tcW w:type="dxa" w:w="4819"/>
          </w:tcPr>
          <w:p>
            <w:pPr>
              <w:spacing w:before="0" w:after="0" w:lineRule="auto" w:line="276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6"/>
              </w:rPr>
              <w:t>ĐẠI DIỆN ĐOÀN KIỂM TRA</w:t>
            </w:r>
          </w:p>
          <w:p>
            <w:pPr>
              <w:spacing w:before="0" w:after="0" w:lineRule="auto" w:line="276"/>
              <w:jc w:val="center"/>
            </w:pPr>
            <w:r>
              <w:rPr>
                <w:rFonts w:ascii="Times New Roman" w:hAnsi="Times New Roman" w:eastAsia="Times New Roman"/>
                <w:b w:val="0"/>
                <w:i/>
                <w:sz w:val="26"/>
              </w:rPr>
              <w:t>(Ký, ghi rõ họ và tên)</w:t>
            </w:r>
          </w:p>
          <w:p>
            <w:pPr>
              <w:spacing w:before="0" w:after="0" w:lineRule="auto" w:line="276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6"/>
              </w:rPr>
            </w:r>
          </w:p>
          <w:p>
            <w:pPr>
              <w:spacing w:before="0" w:after="0" w:lineRule="auto" w:line="276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6"/>
              </w:rPr>
            </w:r>
          </w:p>
          <w:p>
            <w:pPr>
              <w:spacing w:before="0" w:after="0" w:lineRule="auto" w:line="276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Họ và tên</w:t>
            </w:r>
          </w:p>
        </w:tc>
      </w:tr>
    </w:tbl>
    <w:p>
      <w:pPr>
        <w:spacing w:before="0" w:after="80" w:lineRule="auto" w:line="312"/>
        <w:jc w:val="left"/>
      </w:pPr>
      <w:r>
        <w:rPr>
          <w:rFonts w:ascii="Times New Roman" w:hAnsi="Times New Roman" w:eastAsia="Times New Roman"/>
          <w:b w:val="0"/>
          <w:i w:val="0"/>
          <w:sz w:val="26"/>
        </w:rPr>
      </w:r>
    </w:p>
    <w:p>
      <w:pPr>
        <w:spacing w:before="120" w:after="40" w:lineRule="auto" w:line="312"/>
        <w:jc w:val="left"/>
      </w:pPr>
      <w:r>
        <w:rPr>
          <w:rFonts w:ascii="Times New Roman" w:hAnsi="Times New Roman" w:eastAsia="Times New Roman"/>
          <w:b w:val="0"/>
          <w:i/>
          <w:sz w:val="22"/>
        </w:rPr>
        <w:t>Ghi chú:</w:t>
      </w:r>
    </w:p>
    <w:p>
      <w:pPr>
        <w:spacing w:before="0" w:after="0" w:lineRule="auto" w:line="312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(1) Tên cơ quan tiến hành kiểm tra chuyên ngành (cơ quan, đơn vị của người ra quyết định kiểm tra).</w:t>
      </w:r>
    </w:p>
    <w:p>
      <w:pPr>
        <w:spacing w:before="0" w:after="0" w:lineRule="auto" w:line="312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(2) Số, ngày tháng năm của quyết định kiểm tra chuyên ngành đã thành lập Đoàn kiểm tra.</w:t>
      </w:r>
    </w:p>
    <w:p>
      <w:pPr>
        <w:spacing w:before="0" w:after="0" w:lineRule="auto" w:line="312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(3) Chức danh của người ra quyết định kiểm tra hoặc tên cơ quan ban hành quyết định kiểm tra chuyên ngành.</w:t>
      </w:r>
    </w:p>
    <w:p>
      <w:pPr>
        <w:spacing w:before="0" w:after="0" w:lineRule="auto" w:line="312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(4) Trích yếu nội dung của quyết định kiểm tra chuyên ngành.</w:t>
      </w:r>
    </w:p>
    <w:p>
      <w:pPr>
        <w:spacing w:before="0" w:after="0" w:lineRule="auto" w:line="312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(5) Địa điểm làm việc; trường hợp làm việc trực tuyến thì ghi rõ điểm cầu của Đoàn kiểm tra và điểm cầu của bên được làm việc.</w:t>
      </w:r>
    </w:p>
    <w:p>
      <w:pPr>
        <w:spacing w:before="0" w:after="0" w:lineRule="auto" w:line="312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(6) Tên đối tượng kiểm tra hoặc tên cơ quan, tổ chức, cá nhân có liên quan mà Đoàn kiểm tra làm việc; trường hợp làm việc với một bộ phận thì ghi rõ tên bộ phận đó. Ví dụ: "Phòng Kế hoạch - Tài chính thuộc …".</w:t>
      </w:r>
    </w:p>
    <w:p>
      <w:pPr>
        <w:spacing w:before="0" w:after="0" w:lineRule="auto" w:line="312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(7) Nội dung cụ thể của buổi làm việc, thuộc nội dung kiểm tra đã được phê duyệt. Ví dụ: "việc chấp hành quy định về điều kiện hoạt động trong thời kỳ kiểm tra".</w:t>
      </w:r>
    </w:p>
    <w:p>
      <w:pPr>
        <w:spacing w:before="0" w:after="0" w:lineRule="auto" w:line="312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(8) Ghi rõ: làm việc trực tiếp hoặc trực tuyến qua ……… (tên hệ thống, nền tảng).</w:t>
      </w:r>
    </w:p>
    <w:p>
      <w:pPr>
        <w:spacing w:before="0" w:after="0" w:lineRule="auto" w:line="312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(9) Người phiên dịch, người chứng kiến, đại diện cơ quan phối hợp (nếu có).</w:t>
      </w:r>
    </w:p>
    <w:p>
      <w:pPr>
        <w:spacing w:before="0" w:after="0" w:lineRule="auto" w:line="312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(10) Ghi rõ từng vấn đề Đoàn kiểm tra yêu cầu làm rõ, câu hỏi, đề nghị giải trình; mỗi nội dung kiểm tra có thể lập một biên bản làm việc riêng.</w:t>
      </w:r>
    </w:p>
    <w:p>
      <w:pPr>
        <w:spacing w:before="0" w:after="0" w:lineRule="auto" w:line="312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(11) Ghi kết quả xem xét, đối chiếu tài liệu, số liệu và những vấn đề đã được làm rõ tại buổi làm việc; ghi trung thực, khách quan, không suy diễn.</w:t>
      </w:r>
    </w:p>
    <w:p>
      <w:pPr>
        <w:spacing w:before="0" w:after="0" w:lineRule="auto" w:line="312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(12) Ghi đầy đủ ý kiến giải trình, kể cả ý kiến không nhất trí; nếu bên được làm việc xin bổ sung giải trình bằng văn bản thì ghi rõ thời hạn gửi.</w:t>
      </w:r>
    </w:p>
    <w:p>
      <w:pPr>
        <w:spacing w:before="0" w:after="0" w:lineRule="auto" w:line="312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(13) Liệt kê tài liệu đã xuất trình, cung cấp tại buổi làm việc; nếu có giao, nhận tài liệu thì lập biên bản giao, nhận riêng.</w:t>
      </w:r>
    </w:p>
    <w:p>
      <w:pPr>
        <w:spacing w:before="0" w:after="0" w:lineRule="auto" w:line="312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(14) Ghi rõ các nội dung hai bên thống nhất, công việc, tài liệu cần bổ sung và thời hạn thực hiện.</w:t>
      </w:r>
    </w:p>
    <w:p>
      <w:pPr>
        <w:spacing w:before="0" w:after="0" w:lineRule="auto" w:line="312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* Biên bản làm việc dùng để ghi nhận từng nội dung làm việc trong quá trình tiến hành kiểm tra theo Điều 15 của Nghị định số 217/2025/NĐ-CP; không sử dụng thay cho biên bản kiểm tra.</w:t>
      </w:r>
    </w:p>
    <w:sectPr w:rsidR="00FC693F" w:rsidRPr="0006063C" w:rsidSect="00034616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before="0" w:lineRule="auto" w:line="312"/>
    </w:pPr>
    <w:rPr>
      <w:rFonts w:ascii="Times New Roman" w:hAnsi="Times New Roman" w:eastAsia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