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ĐOÀN KIỂM TRA</w:t>
            </w:r>
          </w:p>
          <w:p>
            <w:pPr>
              <w:spacing w:before="0" w:after="0" w:lineRule="auto" w:line="276"/>
              <w:jc w:val="center"/>
            </w:pPr>
            <w:r>
              <w:rPr>
                <w:rFonts w:ascii="Times New Roman" w:hAnsi="Times New Roman" w:eastAsia="Times New Roman"/>
                <w:b w:val="0"/>
                <w:i/>
                <w:sz w:val="24"/>
              </w:rPr>
              <w:t>Theo Quyết định số …………(2)</w:t>
            </w:r>
          </w:p>
          <w:p>
            <w:pPr>
              <w:spacing w:before="0" w:after="0" w:lineRule="auto" w:line="276"/>
              <w:jc w:val="center"/>
            </w:pPr>
            <w:r>
              <w:rPr>
                <w:rFonts w:ascii="Times New Roman" w:hAnsi="Times New Roman" w:eastAsia="Times New Roman"/>
                <w:b w:val="0"/>
                <w:i w:val="0"/>
                <w:sz w:val="24"/>
              </w:rPr>
              <w:t>-------</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 CÔNG BỐ QUYẾT ĐỊNH KIỂM TRA CHUYÊN NGÀNH</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Thực hiện Quyết định kiểm tra chuyên ngành số ………… ngày …… tháng …… năm ……… của ……………… (3) về việc ……………… (4);</w:t>
      </w:r>
    </w:p>
    <w:p>
      <w:pPr>
        <w:spacing w:before="0" w:after="0" w:lineRule="auto" w:line="312"/>
        <w:ind w:firstLine="567"/>
        <w:jc w:val="both"/>
      </w:pPr>
      <w:r>
        <w:rPr>
          <w:rFonts w:ascii="Times New Roman" w:hAnsi="Times New Roman" w:eastAsia="Times New Roman"/>
          <w:b w:val="0"/>
          <w:i w:val="0"/>
          <w:sz w:val="26"/>
        </w:rPr>
        <w:t>Hôm nay, hồi …… giờ …… phút, ngày …… tháng …… năm ………, tại ……………… (5), Đoàn kiểm tra tiến hành công bố Quyết định kiểm tra chuyên ngành nêu trên.</w:t>
      </w:r>
    </w:p>
    <w:p>
      <w:pPr>
        <w:spacing w:before="0" w:after="0" w:lineRule="auto" w:line="312"/>
        <w:ind w:firstLine="567"/>
        <w:jc w:val="left"/>
      </w:pPr>
      <w:r>
        <w:rPr>
          <w:rFonts w:ascii="Times New Roman" w:hAnsi="Times New Roman" w:eastAsia="Times New Roman"/>
          <w:b w:val="0"/>
          <w:i w:val="0"/>
          <w:sz w:val="26"/>
        </w:rPr>
        <w:t>Phương thức công bố: ………………………………………………………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THÀNH PHẦN THAM DỰ</w:t>
      </w:r>
    </w:p>
    <w:p>
      <w:pPr>
        <w:spacing w:before="0" w:after="0" w:lineRule="auto" w:line="312"/>
        <w:ind w:firstLine="567"/>
        <w:jc w:val="both"/>
      </w:pPr>
      <w:r>
        <w:rPr>
          <w:rFonts w:ascii="Times New Roman" w:hAnsi="Times New Roman" w:eastAsia="Times New Roman"/>
          <w:b/>
          <w:i w:val="0"/>
          <w:sz w:val="26"/>
        </w:rPr>
        <w:t>1. Đoàn kiểm tra</w:t>
      </w:r>
    </w:p>
    <w:p>
      <w:pPr>
        <w:spacing w:before="0" w:after="0" w:lineRule="auto" w:line="312"/>
        <w:jc w:val="both"/>
      </w:pPr>
      <w:r>
        <w:rPr>
          <w:rFonts w:ascii="Times New Roman" w:hAnsi="Times New Roman" w:eastAsia="Times New Roman"/>
          <w:b w:val="0"/>
          <w:i w:val="0"/>
          <w:sz w:val="26"/>
        </w:rPr>
        <w:t>- Ông (bà) ………………, chức vụ/chức danh ………………, Trưởng đoàn kiểm tra;</w:t>
      </w:r>
    </w:p>
    <w:p>
      <w:pPr>
        <w:spacing w:before="0" w:after="0" w:lineRule="auto" w:line="312"/>
        <w:jc w:val="both"/>
      </w:pPr>
      <w:r>
        <w:rPr>
          <w:rFonts w:ascii="Times New Roman" w:hAnsi="Times New Roman" w:eastAsia="Times New Roman"/>
          <w:b w:val="0"/>
          <w:i w:val="0"/>
          <w:sz w:val="26"/>
        </w:rPr>
        <w:t>- Ông (bà) ………………, chức vụ/chức danh ………………, Phó Trưởng đoàn kiểm tra (nếu có);</w:t>
      </w:r>
    </w:p>
    <w:p>
      <w:pPr>
        <w:spacing w:before="0" w:after="0" w:lineRule="auto" w:line="312"/>
        <w:jc w:val="both"/>
      </w:pPr>
      <w:r>
        <w:rPr>
          <w:rFonts w:ascii="Times New Roman" w:hAnsi="Times New Roman" w:eastAsia="Times New Roman"/>
          <w:b w:val="0"/>
          <w:i w:val="0"/>
          <w:sz w:val="26"/>
        </w:rPr>
        <w:t>- Ông (bà) ……………………, chức vụ/chức danh ………………………, thành viên;</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left"/>
      </w:pPr>
      <w:r>
        <w:rPr>
          <w:rFonts w:ascii="Times New Roman" w:hAnsi="Times New Roman" w:eastAsia="Times New Roman"/>
          <w:b/>
          <w:i w:val="0"/>
          <w:sz w:val="26"/>
        </w:rPr>
        <w:t>2. Đại diện đối tượng kiểm tra: …………………………………………… (7)</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ind w:firstLine="567"/>
        <w:jc w:val="both"/>
      </w:pPr>
      <w:r>
        <w:rPr>
          <w:rFonts w:ascii="Times New Roman" w:hAnsi="Times New Roman" w:eastAsia="Times New Roman"/>
          <w:b/>
          <w:i w:val="0"/>
          <w:sz w:val="26"/>
        </w:rPr>
        <w:t>3. Đại diện cơ quan, tổ chức, cá nhân có liên quan (nếu có): ……………… (8)</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NỘI DUNG CÔNG BỐ</w:t>
      </w:r>
    </w:p>
    <w:p>
      <w:pPr>
        <w:spacing w:before="0" w:after="0" w:lineRule="auto" w:line="312"/>
        <w:ind w:firstLine="567"/>
        <w:jc w:val="both"/>
      </w:pPr>
      <w:r>
        <w:rPr>
          <w:rFonts w:ascii="Times New Roman" w:hAnsi="Times New Roman" w:eastAsia="Times New Roman"/>
          <w:b/>
          <w:i w:val="0"/>
          <w:sz w:val="26"/>
        </w:rPr>
        <w:t>1. Trưởng đoàn kiểm tra</w:t>
      </w:r>
    </w:p>
    <w:p>
      <w:pPr>
        <w:spacing w:before="0" w:after="0" w:lineRule="auto" w:line="312"/>
        <w:ind w:firstLine="567"/>
        <w:jc w:val="both"/>
      </w:pPr>
      <w:r>
        <w:rPr>
          <w:rFonts w:ascii="Times New Roman" w:hAnsi="Times New Roman" w:eastAsia="Times New Roman"/>
          <w:b w:val="0"/>
          <w:i w:val="0"/>
          <w:sz w:val="26"/>
        </w:rPr>
        <w:t>Công bố toàn văn Quyết định kiểm tra chuyên ngành số ………… ngày …… tháng …… năm ……… của ……………… (3).</w:t>
      </w:r>
    </w:p>
    <w:p>
      <w:pPr>
        <w:spacing w:before="0" w:after="0" w:lineRule="auto" w:line="312"/>
        <w:ind w:firstLine="567"/>
        <w:jc w:val="both"/>
      </w:pPr>
      <w:r>
        <w:rPr>
          <w:rFonts w:ascii="Times New Roman" w:hAnsi="Times New Roman" w:eastAsia="Times New Roman"/>
          <w:b w:val="0"/>
          <w:i w:val="0"/>
          <w:sz w:val="26"/>
        </w:rPr>
        <w:t>Nêu rõ mục đích, yêu cầu, nội dung, phạm vi, thời kỳ, thời hạn kiểm tra và phương thức kiểm tra; giới thiệu thành phần Đoàn kiểm tra và nhiệm vụ của từng thành viên.</w:t>
      </w:r>
    </w:p>
    <w:p>
      <w:pPr>
        <w:spacing w:before="0" w:after="0" w:lineRule="auto" w:line="312"/>
        <w:ind w:firstLine="567"/>
        <w:jc w:val="both"/>
      </w:pPr>
      <w:r>
        <w:rPr>
          <w:rFonts w:ascii="Times New Roman" w:hAnsi="Times New Roman" w:eastAsia="Times New Roman"/>
          <w:b w:val="0"/>
          <w:i w:val="0"/>
          <w:sz w:val="26"/>
        </w:rPr>
        <w:t>Phổ biến nhiệm vụ, quyền hạn của Trưởng đoàn kiểm tra, thành viên Đoàn kiểm tra; quyền và nghĩa vụ của đối tượng kiểm tra; trách nhiệm của cơ quan, tổ chức, cá nhân có liên quan; các hành vi bị nghiêm cấm theo quy định của Nghị định số 217/2025/NĐ-CP.</w:t>
      </w:r>
    </w:p>
    <w:p>
      <w:pPr>
        <w:spacing w:before="0" w:after="0" w:lineRule="auto" w:line="312"/>
        <w:ind w:firstLine="567"/>
        <w:jc w:val="both"/>
      </w:pPr>
      <w:r>
        <w:rPr>
          <w:rFonts w:ascii="Times New Roman" w:hAnsi="Times New Roman" w:eastAsia="Times New Roman"/>
          <w:b w:val="0"/>
          <w:i w:val="0"/>
          <w:sz w:val="26"/>
        </w:rPr>
        <w:t>Thông báo dự kiến chương trình, lịch làm việc và đề nghị đối tượng kiểm tra phối hợp thực hiện các nội dung sau: (9)</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i w:val="0"/>
          <w:sz w:val="26"/>
        </w:rPr>
        <w:t>2. Ý kiến của đại diện đối tượng kiểm tra (10)</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i w:val="0"/>
          <w:sz w:val="26"/>
        </w:rPr>
        <w:t>3. Ý kiến của cơ quan, tổ chức, cá nhân có liên quan (nếu có)</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i w:val="0"/>
          <w:sz w:val="26"/>
        </w:rPr>
        <w:t>4. Các nội dung Đoàn kiểm tra và đối tượng kiểm tra trao đổi, thống nhất (11)</w:t>
      </w:r>
    </w:p>
    <w:p>
      <w:pPr>
        <w:spacing w:before="0" w:after="0" w:lineRule="auto" w:line="312"/>
        <w:jc w:val="both"/>
      </w:pPr>
      <w:r>
        <w:rPr>
          <w:rFonts w:ascii="Times New Roman" w:hAnsi="Times New Roman" w:eastAsia="Times New Roman"/>
          <w:b w:val="0"/>
          <w:i w:val="0"/>
          <w:sz w:val="26"/>
        </w:rPr>
        <w:t>- Lịch làm việc: từ ngày …… tháng …… năm ……… đến ngày …… tháng …… năm ………;</w:t>
      </w:r>
    </w:p>
    <w:p>
      <w:pPr>
        <w:spacing w:before="0" w:after="0" w:lineRule="auto" w:line="312"/>
        <w:jc w:val="left"/>
      </w:pPr>
      <w:r>
        <w:rPr>
          <w:rFonts w:ascii="Times New Roman" w:hAnsi="Times New Roman" w:eastAsia="Times New Roman"/>
          <w:b w:val="0"/>
          <w:i w:val="0"/>
          <w:sz w:val="26"/>
        </w:rPr>
        <w:t>- Địa điểm làm việc: ……………………………………………………………………;</w:t>
      </w:r>
    </w:p>
    <w:p>
      <w:pPr>
        <w:spacing w:before="0" w:after="0" w:lineRule="auto" w:line="312"/>
        <w:jc w:val="both"/>
      </w:pPr>
      <w:r>
        <w:rPr>
          <w:rFonts w:ascii="Times New Roman" w:hAnsi="Times New Roman" w:eastAsia="Times New Roman"/>
          <w:b w:val="0"/>
          <w:i w:val="0"/>
          <w:sz w:val="26"/>
        </w:rPr>
        <w:t>- Cách thức trao đổi thông tin, giao nhận hồ sơ, tài liệu, dữ liệu: ……………………;</w:t>
      </w:r>
    </w:p>
    <w:p>
      <w:pPr>
        <w:spacing w:before="0" w:after="0" w:lineRule="auto" w:line="312"/>
        <w:jc w:val="both"/>
      </w:pPr>
      <w:r>
        <w:rPr>
          <w:rFonts w:ascii="Times New Roman" w:hAnsi="Times New Roman" w:eastAsia="Times New Roman"/>
          <w:b w:val="0"/>
          <w:i w:val="0"/>
          <w:sz w:val="26"/>
        </w:rPr>
        <w:t>- Đầu mối phối hợp của đối tượng kiểm tra: ông (bà) ………………, chức vụ ………………, số điện thoại ………………, thư điện tử ………………;</w:t>
      </w:r>
    </w:p>
    <w:p>
      <w:pPr>
        <w:spacing w:before="0" w:after="0" w:lineRule="auto" w:line="312"/>
        <w:jc w:val="left"/>
      </w:pPr>
      <w:r>
        <w:rPr>
          <w:rFonts w:ascii="Times New Roman" w:hAnsi="Times New Roman" w:eastAsia="Times New Roman"/>
          <w:b w:val="0"/>
          <w:i w:val="0"/>
          <w:sz w:val="26"/>
        </w:rPr>
        <w:t>- Nội dung khác: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Việc công bố Quyết định kiểm tra chuyên ngành kết thúc hồi …… giờ …… phút cùng ngày.</w:t>
      </w:r>
    </w:p>
    <w:p>
      <w:pPr>
        <w:spacing w:before="0" w:after="0" w:lineRule="auto" w:line="312"/>
        <w:ind w:firstLine="567"/>
        <w:jc w:val="both"/>
      </w:pPr>
      <w:r>
        <w:rPr>
          <w:rFonts w:ascii="Times New Roman" w:hAnsi="Times New Roman" w:eastAsia="Times New Roman"/>
          <w:b w:val="0"/>
          <w:i w:val="0"/>
          <w:sz w:val="26"/>
        </w:rPr>
        <w:t>Người ghi biên bản: ông (bà) ………………………, thành viên Đoàn kiểm tra.</w:t>
      </w:r>
    </w:p>
    <w:p>
      <w:pPr>
        <w:spacing w:before="0" w:after="0" w:lineRule="auto" w:line="312"/>
        <w:ind w:firstLine="567"/>
        <w:jc w:val="both"/>
      </w:pPr>
      <w:r>
        <w:rPr>
          <w:rFonts w:ascii="Times New Roman" w:hAnsi="Times New Roman" w:eastAsia="Times New Roman"/>
          <w:b w:val="0"/>
          <w:i w:val="0"/>
          <w:sz w:val="26"/>
        </w:rPr>
        <w:t>Biên bản gồm …… trang, …… phụ lục kèm theo (nếu có), được lập thành 02 bản có nội dung và giá trị như nhau; Đoàn kiểm tra giữ 01 bản, đối tượng kiểm tra giữ 01 bản. Biên bản đã được đọc lại cho những người có tên nêu trên nghe, thống nhất và ký xác nhận dưới đây./.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ĐẠI DIỆN ĐỐI TƯỢNG KIỂM TRA</w:t>
            </w:r>
          </w:p>
          <w:p>
            <w:pPr>
              <w:spacing w:before="0" w:after="0" w:lineRule="auto" w:line="276"/>
              <w:jc w:val="left"/>
            </w:pPr>
            <w:r>
              <w:rPr>
                <w:rFonts w:ascii="Times New Roman" w:hAnsi="Times New Roman" w:eastAsia="Times New Roman"/>
                <w:b w:val="0"/>
                <w:i w:val="0"/>
                <w:sz w:val="22"/>
              </w:rPr>
              <w:t>(Ký, ghi rõ họ và tên, đóng dấu - nếu có)</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tc>
        <w:tc>
          <w:tcPr>
            <w:tcW w:type="dxa" w:w="4819"/>
          </w:tcPr>
          <w:p>
            <w:pPr>
              <w:spacing w:before="0" w:after="0" w:lineRule="auto" w:line="276"/>
              <w:jc w:val="center"/>
            </w:pPr>
            <w:r>
              <w:rPr>
                <w:rFonts w:ascii="Times New Roman" w:hAnsi="Times New Roman" w:eastAsia="Times New Roman"/>
                <w:b/>
                <w:i w:val="0"/>
                <w:sz w:val="26"/>
              </w:rPr>
              <w:t>TRƯỞNG ĐOÀN KIỂM TRA</w:t>
            </w:r>
          </w:p>
          <w:p>
            <w:pPr>
              <w:spacing w:before="0" w:after="0" w:lineRule="auto" w:line="276"/>
              <w:jc w:val="center"/>
            </w:pPr>
            <w:r>
              <w:rPr>
                <w:rFonts w:ascii="Times New Roman" w:hAnsi="Times New Roman" w:eastAsia="Times New Roman"/>
                <w:b w:val="0"/>
                <w:i/>
                <w:sz w:val="26"/>
              </w:rPr>
              <w:t>(Ký, ghi rõ họ và tên)</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tiến hành kiểm tra chuyên ngành (cơ quan, đơn vị của người ra quyết định kiểm tra).</w:t>
      </w:r>
    </w:p>
    <w:p>
      <w:pPr>
        <w:spacing w:before="0" w:after="0" w:lineRule="auto" w:line="312"/>
        <w:jc w:val="both"/>
      </w:pPr>
      <w:r>
        <w:rPr>
          <w:rFonts w:ascii="Times New Roman" w:hAnsi="Times New Roman" w:eastAsia="Times New Roman"/>
          <w:b w:val="0"/>
          <w:i w:val="0"/>
          <w:sz w:val="22"/>
        </w:rPr>
        <w:t>(2) Số, ngày tháng năm của quyết định kiểm tra chuyên ngành đã thành lập Đoàn kiểm tra.</w:t>
      </w:r>
    </w:p>
    <w:p>
      <w:pPr>
        <w:spacing w:before="0" w:after="0" w:lineRule="auto" w:line="312"/>
        <w:jc w:val="both"/>
      </w:pPr>
      <w:r>
        <w:rPr>
          <w:rFonts w:ascii="Times New Roman" w:hAnsi="Times New Roman" w:eastAsia="Times New Roman"/>
          <w:b w:val="0"/>
          <w:i w:val="0"/>
          <w:sz w:val="22"/>
        </w:rPr>
        <w:t>(3) Chức danh của người ra quyết định kiểm tra hoặc tên cơ quan ban hành quyết định kiểm tra chuyên ngành.</w:t>
      </w:r>
    </w:p>
    <w:p>
      <w:pPr>
        <w:spacing w:before="0" w:after="0" w:lineRule="auto" w:line="312"/>
        <w:jc w:val="both"/>
      </w:pPr>
      <w:r>
        <w:rPr>
          <w:rFonts w:ascii="Times New Roman" w:hAnsi="Times New Roman" w:eastAsia="Times New Roman"/>
          <w:b w:val="0"/>
          <w:i w:val="0"/>
          <w:sz w:val="22"/>
        </w:rPr>
        <w:t>(4) Trích yếu nội dung của quyết định kiểm tra chuyên ngành (ghi đúng như trích yếu đã ban hành).</w:t>
      </w:r>
    </w:p>
    <w:p>
      <w:pPr>
        <w:spacing w:before="0" w:after="0" w:lineRule="auto" w:line="312"/>
        <w:jc w:val="both"/>
      </w:pPr>
      <w:r>
        <w:rPr>
          <w:rFonts w:ascii="Times New Roman" w:hAnsi="Times New Roman" w:eastAsia="Times New Roman"/>
          <w:b w:val="0"/>
          <w:i w:val="0"/>
          <w:sz w:val="22"/>
        </w:rPr>
        <w:t>(5) Địa điểm công bố quyết định kiểm tra (trụ sở của đối tượng kiểm tra hoặc địa điểm khác do người ra quyết định kiểm tra xác định); trường hợp công bố trực tuyến thì ghi rõ điểm cầu của Đoàn kiểm tra và điểm cầu của đối tượng kiểm tra.</w:t>
      </w:r>
    </w:p>
    <w:p>
      <w:pPr>
        <w:spacing w:before="0" w:after="0" w:lineRule="auto" w:line="312"/>
        <w:jc w:val="both"/>
      </w:pPr>
      <w:r>
        <w:rPr>
          <w:rFonts w:ascii="Times New Roman" w:hAnsi="Times New Roman" w:eastAsia="Times New Roman"/>
          <w:b w:val="0"/>
          <w:i w:val="0"/>
          <w:sz w:val="22"/>
        </w:rPr>
        <w:t>(6) Ghi rõ: công bố trực tiếp hoặc công bố trực tuyến qua hệ thống hội nghị truyền hình/nền tảng ……… (ghi tên nền tảng, đường dẫn phòng họp).</w:t>
      </w:r>
    </w:p>
    <w:p>
      <w:pPr>
        <w:spacing w:before="0" w:after="0" w:lineRule="auto" w:line="312"/>
        <w:jc w:val="both"/>
      </w:pPr>
      <w:r>
        <w:rPr>
          <w:rFonts w:ascii="Times New Roman" w:hAnsi="Times New Roman" w:eastAsia="Times New Roman"/>
          <w:b w:val="0"/>
          <w:i w:val="0"/>
          <w:sz w:val="22"/>
        </w:rPr>
        <w:t>(7) Tên đầy đủ của đối tượng kiểm tra theo quyết định kiểm tra.</w:t>
      </w:r>
    </w:p>
    <w:p>
      <w:pPr>
        <w:spacing w:before="0" w:after="0" w:lineRule="auto" w:line="312"/>
        <w:jc w:val="both"/>
      </w:pPr>
      <w:r>
        <w:rPr>
          <w:rFonts w:ascii="Times New Roman" w:hAnsi="Times New Roman" w:eastAsia="Times New Roman"/>
          <w:b w:val="0"/>
          <w:i w:val="0"/>
          <w:sz w:val="22"/>
        </w:rPr>
        <w:t>(8) Tên cơ quan, tổ chức, cá nhân có liên quan được mời dự công bố (nếu có).</w:t>
      </w:r>
    </w:p>
    <w:p>
      <w:pPr>
        <w:spacing w:before="0" w:after="0" w:lineRule="auto" w:line="312"/>
        <w:jc w:val="both"/>
      </w:pPr>
      <w:r>
        <w:rPr>
          <w:rFonts w:ascii="Times New Roman" w:hAnsi="Times New Roman" w:eastAsia="Times New Roman"/>
          <w:b w:val="0"/>
          <w:i w:val="0"/>
          <w:sz w:val="22"/>
        </w:rPr>
        <w:t>(9) Các yêu cầu cụ thể đối với đối tượng kiểm tra, ví dụ: chuẩn bị báo cáo theo đề cương; bố trí đúng, đủ thành phần làm việc; cung cấp hồ sơ, tài liệu, dữ liệu theo danh mục.</w:t>
      </w:r>
    </w:p>
    <w:p>
      <w:pPr>
        <w:spacing w:before="0" w:after="0" w:lineRule="auto" w:line="312"/>
        <w:jc w:val="both"/>
      </w:pPr>
      <w:r>
        <w:rPr>
          <w:rFonts w:ascii="Times New Roman" w:hAnsi="Times New Roman" w:eastAsia="Times New Roman"/>
          <w:b w:val="0"/>
          <w:i w:val="0"/>
          <w:sz w:val="22"/>
        </w:rPr>
        <w:t>(10) Ghi đầy đủ, trung thực ý kiến của đại diện đối tượng kiểm tra, kể cả ý kiến không nhất trí với nội dung, phạm vi kiểm tra hoặc đề nghị thay đổi lịch làm việc.</w:t>
      </w:r>
    </w:p>
    <w:p>
      <w:pPr>
        <w:spacing w:before="0" w:after="0" w:lineRule="auto" w:line="312"/>
        <w:jc w:val="both"/>
      </w:pPr>
      <w:r>
        <w:rPr>
          <w:rFonts w:ascii="Times New Roman" w:hAnsi="Times New Roman" w:eastAsia="Times New Roman"/>
          <w:b w:val="0"/>
          <w:i w:val="0"/>
          <w:sz w:val="22"/>
        </w:rPr>
        <w:t>(11) Ghi rõ những nội dung hai bên đã thống nhất; trường hợp còn ý kiến khác nhau thì ghi rõ ý kiến của từng bên và hướng xử lý.</w:t>
      </w:r>
    </w:p>
    <w:p>
      <w:pPr>
        <w:spacing w:before="0" w:after="0" w:lineRule="auto" w:line="312"/>
        <w:jc w:val="both"/>
      </w:pPr>
      <w:r>
        <w:rPr>
          <w:rFonts w:ascii="Times New Roman" w:hAnsi="Times New Roman" w:eastAsia="Times New Roman"/>
          <w:b w:val="0"/>
          <w:i w:val="0"/>
          <w:sz w:val="22"/>
        </w:rPr>
        <w:t>* Việc công bố quyết định kiểm tra thực hiện theo khoản 4 Điều 11 của Nghị định số 217/2025/NĐ-CP; thời hạn kiểm tra được tính từ ngày công bố quyết định kiểm tra theo khoản 2 Điều 13 của Nghị định số 217/2025/NĐ-CP.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