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69"/>
        <w:gridCol w:w="5386"/>
      </w:tblGrid>
      <w:tr>
        <w:tc>
          <w:tcPr>
            <w:tcW w:type="dxa" w:w="3969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THANH TRA THÀNH PHỐ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ĐOÀN THANH TRA THEO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QUYẾT ĐỊNH SỐ …………(1)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–––––––––</w:t>
            </w:r>
          </w:p>
        </w:tc>
        <w:tc>
          <w:tcPr>
            <w:tcW w:type="dxa" w:w="5386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CỘNG HÒA XÃ HỘI CHỦ NGHĨA VIỆT NAM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Độc lập - Tự do - Hạnh phúc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6"/>
              </w:rPr>
              <w:t>Thành phố Hồ Chí Minh, ngày ... tháng ... năm ...</w:t>
            </w:r>
          </w:p>
        </w:tc>
      </w:tr>
    </w:tbl>
    <w:p>
      <w:pPr>
        <w:spacing w:before="0" w:after="12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120" w:after="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LỊCH LÀM VIỆC</w:t>
      </w:r>
    </w:p>
    <w:p>
      <w:pPr>
        <w:spacing w:before="0" w:after="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Từ ngày … tháng … năm … đến ngày … tháng … năm …</w:t>
      </w:r>
    </w:p>
    <w:p>
      <w:pPr>
        <w:spacing w:before="0" w:after="120" w:lineRule="auto" w:line="312"/>
        <w:jc w:val="center"/>
      </w:pPr>
      <w:r>
        <w:rPr>
          <w:rFonts w:ascii="Times New Roman" w:hAnsi="Times New Roman" w:eastAsia="Times New Roman"/>
          <w:b w:val="0"/>
          <w:i w:val="0"/>
          <w:sz w:val="26"/>
        </w:rPr>
        <w:t>–––––––––</w:t>
      </w:r>
    </w:p>
    <w:p>
      <w:pPr>
        <w:spacing w:before="0" w:after="12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Đoàn thanh tra theo Quyết định số …………(1) của Chánh Thanh tra Thành phố thông báo lịch làm việc của Đoàn như sau: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587"/>
        <w:gridCol w:w="3628"/>
        <w:gridCol w:w="2268"/>
        <w:gridCol w:w="1871"/>
      </w:tblGrid>
      <w:tr>
        <w:tc>
          <w:tcPr>
            <w:tcW w:type="dxa" w:w="1587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THỜI GIAN</w:t>
            </w:r>
          </w:p>
        </w:tc>
        <w:tc>
          <w:tcPr>
            <w:tcW w:type="dxa" w:w="3628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NỘI DUNG LÀM VIỆC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THÀNH PHẦN</w:t>
            </w:r>
          </w:p>
        </w:tc>
        <w:tc>
          <w:tcPr>
            <w:tcW w:type="dxa" w:w="187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ĐỊA ĐIỂM</w:t>
            </w:r>
          </w:p>
        </w:tc>
      </w:tr>
      <w:tr>
        <w:tc>
          <w:tcPr>
            <w:tcW w:type="dxa" w:w="1587"/>
          </w:tcPr>
          <w:p>
            <w:r>
              <w:rPr>
                <w:rFonts w:ascii="Times New Roman" w:hAnsi="Times New Roman"/>
                <w:sz w:val="24"/>
              </w:rPr>
              <w:t>Thứ Hai,</w:t>
              <w:br/>
              <w:t>ngày …/…/…</w:t>
            </w:r>
          </w:p>
        </w:tc>
        <w:tc>
          <w:tcPr>
            <w:tcW w:type="dxa" w:w="3628"/>
          </w:tcPr>
          <w:p>
            <w:r>
              <w:rPr>
                <w:rFonts w:ascii="Times New Roman" w:hAnsi="Times New Roman"/>
                <w:sz w:val="24"/>
              </w:rPr>
              <w:t>- Buổi sáng (từ … giờ …): ……………………………</w:t>
              <w:br/>
              <w:t>- Buổi chiều (từ … giờ …): …………………………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sz w:val="24"/>
              </w:rPr>
              <w:t>- Đoàn thanh tra;</w:t>
              <w:br/>
              <w:t>- Đại diện …………………(2)</w:t>
            </w:r>
          </w:p>
        </w:tc>
        <w:tc>
          <w:tcPr>
            <w:tcW w:type="dxa" w:w="1871"/>
          </w:tcPr>
          <w:p>
            <w:r>
              <w:rPr>
                <w:rFonts w:ascii="Times New Roman" w:hAnsi="Times New Roman"/>
                <w:sz w:val="24"/>
              </w:rPr>
              <w:t>…………………(3)</w:t>
            </w:r>
          </w:p>
        </w:tc>
      </w:tr>
      <w:tr>
        <w:tc>
          <w:tcPr>
            <w:tcW w:type="dxa" w:w="1587"/>
          </w:tcPr>
          <w:p>
            <w:r>
              <w:rPr>
                <w:rFonts w:ascii="Times New Roman" w:hAnsi="Times New Roman"/>
                <w:sz w:val="24"/>
              </w:rPr>
              <w:t>Thứ Ba,</w:t>
              <w:br/>
              <w:t>ngày …/…/…</w:t>
            </w:r>
          </w:p>
        </w:tc>
        <w:tc>
          <w:tcPr>
            <w:tcW w:type="dxa" w:w="3628"/>
          </w:tcPr>
          <w:p>
            <w:r>
              <w:rPr>
                <w:rFonts w:ascii="Times New Roman" w:hAnsi="Times New Roman"/>
                <w:sz w:val="24"/>
              </w:rPr>
              <w:t>- Buổi sáng (từ … giờ …): ……………………………</w:t>
              <w:br/>
              <w:t>- Buổi chiều (từ … giờ …): …………………………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sz w:val="24"/>
              </w:rPr>
              <w:t>- Đoàn thanh tra;</w:t>
              <w:br/>
              <w:t>- Đại diện …………………(2)</w:t>
            </w:r>
          </w:p>
        </w:tc>
        <w:tc>
          <w:tcPr>
            <w:tcW w:type="dxa" w:w="1871"/>
          </w:tcPr>
          <w:p>
            <w:r>
              <w:rPr>
                <w:rFonts w:ascii="Times New Roman" w:hAnsi="Times New Roman"/>
                <w:sz w:val="24"/>
              </w:rPr>
              <w:t>…………………(3)</w:t>
            </w:r>
          </w:p>
        </w:tc>
      </w:tr>
      <w:tr>
        <w:tc>
          <w:tcPr>
            <w:tcW w:type="dxa" w:w="1587"/>
          </w:tcPr>
          <w:p>
            <w:r>
              <w:rPr>
                <w:rFonts w:ascii="Times New Roman" w:hAnsi="Times New Roman"/>
                <w:sz w:val="24"/>
              </w:rPr>
              <w:t>Thứ Tư,</w:t>
              <w:br/>
              <w:t>ngày …/…/…</w:t>
            </w:r>
          </w:p>
        </w:tc>
        <w:tc>
          <w:tcPr>
            <w:tcW w:type="dxa" w:w="3628"/>
          </w:tcPr>
          <w:p>
            <w:r>
              <w:rPr>
                <w:rFonts w:ascii="Times New Roman" w:hAnsi="Times New Roman"/>
                <w:sz w:val="24"/>
              </w:rPr>
              <w:t>- Buổi sáng (từ … giờ …): ……………………………</w:t>
              <w:br/>
              <w:t>- Buổi chiều (từ … giờ …): …………………………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sz w:val="24"/>
              </w:rPr>
              <w:t>- Đoàn thanh tra;</w:t>
              <w:br/>
              <w:t>- Đại diện …………………(2)</w:t>
            </w:r>
          </w:p>
        </w:tc>
        <w:tc>
          <w:tcPr>
            <w:tcW w:type="dxa" w:w="1871"/>
          </w:tcPr>
          <w:p>
            <w:r>
              <w:rPr>
                <w:rFonts w:ascii="Times New Roman" w:hAnsi="Times New Roman"/>
                <w:sz w:val="24"/>
              </w:rPr>
              <w:t>…………………(3)</w:t>
            </w:r>
          </w:p>
        </w:tc>
      </w:tr>
      <w:tr>
        <w:tc>
          <w:tcPr>
            <w:tcW w:type="dxa" w:w="1587"/>
          </w:tcPr>
          <w:p>
            <w:r>
              <w:rPr>
                <w:rFonts w:ascii="Times New Roman" w:hAnsi="Times New Roman"/>
                <w:sz w:val="24"/>
              </w:rPr>
              <w:t>Thứ Năm,</w:t>
              <w:br/>
              <w:t>ngày …/…/…</w:t>
            </w:r>
          </w:p>
        </w:tc>
        <w:tc>
          <w:tcPr>
            <w:tcW w:type="dxa" w:w="3628"/>
          </w:tcPr>
          <w:p>
            <w:r>
              <w:rPr>
                <w:rFonts w:ascii="Times New Roman" w:hAnsi="Times New Roman"/>
                <w:sz w:val="24"/>
              </w:rPr>
              <w:t>- Buổi sáng (từ … giờ …): ……………………………</w:t>
              <w:br/>
              <w:t>- Buổi chiều (từ … giờ …): …………………………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sz w:val="24"/>
              </w:rPr>
              <w:t>- Đoàn thanh tra;</w:t>
              <w:br/>
              <w:t>- Đại diện …………………(2)</w:t>
            </w:r>
          </w:p>
        </w:tc>
        <w:tc>
          <w:tcPr>
            <w:tcW w:type="dxa" w:w="1871"/>
          </w:tcPr>
          <w:p>
            <w:r>
              <w:rPr>
                <w:rFonts w:ascii="Times New Roman" w:hAnsi="Times New Roman"/>
                <w:sz w:val="24"/>
              </w:rPr>
              <w:t>…………………(3)</w:t>
            </w:r>
          </w:p>
        </w:tc>
      </w:tr>
      <w:tr>
        <w:tc>
          <w:tcPr>
            <w:tcW w:type="dxa" w:w="1587"/>
          </w:tcPr>
          <w:p>
            <w:r>
              <w:rPr>
                <w:rFonts w:ascii="Times New Roman" w:hAnsi="Times New Roman"/>
                <w:sz w:val="24"/>
              </w:rPr>
              <w:t>Thứ Sáu,</w:t>
              <w:br/>
              <w:t>ngày …/…/…</w:t>
            </w:r>
          </w:p>
        </w:tc>
        <w:tc>
          <w:tcPr>
            <w:tcW w:type="dxa" w:w="3628"/>
          </w:tcPr>
          <w:p>
            <w:r>
              <w:rPr>
                <w:rFonts w:ascii="Times New Roman" w:hAnsi="Times New Roman"/>
                <w:sz w:val="24"/>
              </w:rPr>
              <w:t>- Buổi sáng (từ … giờ …): ……………………………</w:t>
              <w:br/>
              <w:t>- Buổi chiều (từ … giờ …): …………………………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sz w:val="24"/>
              </w:rPr>
              <w:t>- Đoàn thanh tra;</w:t>
              <w:br/>
              <w:t>- Đại diện …………………(2)</w:t>
            </w:r>
          </w:p>
        </w:tc>
        <w:tc>
          <w:tcPr>
            <w:tcW w:type="dxa" w:w="1871"/>
          </w:tcPr>
          <w:p>
            <w:r>
              <w:rPr>
                <w:rFonts w:ascii="Times New Roman" w:hAnsi="Times New Roman"/>
                <w:sz w:val="24"/>
              </w:rPr>
              <w:t>…………………(3)</w:t>
            </w:r>
          </w:p>
        </w:tc>
      </w:tr>
    </w:tbl>
    <w:p>
      <w:pPr>
        <w:spacing w:before="0" w:after="12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12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Lịch làm việc có thể được điều chỉnh cho phù hợp với tình hình thực tế; Đoàn thanh tra sẽ thông báo trước cho …………………(2) khi có thay đổi.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819"/>
      </w:tblGrid>
      <w:tr>
        <w:tc>
          <w:tcPr>
            <w:tcW w:type="dxa" w:w="4535"/>
          </w:tcPr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Nơi nhận: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…………………(2);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Thành viên Đoàn thanh tra;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Người giám sát hoạt động ĐTT;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Lưu: Hồ sơ ĐTT.</w:t>
            </w:r>
          </w:p>
        </w:tc>
        <w:tc>
          <w:tcPr>
            <w:tcW w:type="dxa" w:w="4819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TRƯỞNG ĐOÀN THANH TRA</w:t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(Chữ ký)</w:t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Họ và tên</w:t>
            </w:r>
          </w:p>
        </w:tc>
      </w:tr>
    </w:tbl>
    <w:p>
      <w:pPr>
        <w:spacing w:before="120" w:after="0" w:lineRule="auto" w:line="312"/>
        <w:jc w:val="left"/>
      </w:pPr>
      <w:r>
        <w:rPr>
          <w:rFonts w:ascii="Times New Roman" w:hAnsi="Times New Roman" w:eastAsia="Times New Roman"/>
          <w:b w:val="0"/>
          <w:i/>
          <w:sz w:val="22"/>
        </w:rPr>
        <w:t>Ghi chú: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(1) Số, ngày tháng năm ban hành quyết định thanh tra.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(2) Đối tượng thanh tra hoặc cơ quan, tổ chức, cá nhân có liên quan được mời làm việc.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(3) Địa điểm làm việc của Đoàn thanh tra.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* Địa điểm, thời gian làm việc của Đoàn thanh tra thực hiện theo Điều 31 của Nghị định số 216/2025/NĐ-CP. Nội dung làm việc theo lịch phải được ghi vào Nhật ký Đoàn thanh tra (Mẫu 50-TT) và lập biên bản làm việc (Mẫu 11-TT) khi cần thiết.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Rule="auto" w:line="312"/>
    </w:pPr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